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6A4B15" w14:textId="25DD7F3C" w:rsidR="00BC0920" w:rsidRPr="00B70929" w:rsidRDefault="003B765F">
      <w:pPr>
        <w:spacing w:after="60"/>
        <w:jc w:val="center"/>
        <w:rPr>
          <w:rFonts w:ascii="Georgia" w:hAnsi="Georgia"/>
          <w:sz w:val="36"/>
          <w:szCs w:val="36"/>
          <w:u w:val="single"/>
        </w:rPr>
      </w:pPr>
      <w:r w:rsidRPr="003B765F">
        <w:rPr>
          <w:rFonts w:ascii="Georgia" w:hAnsi="Georgia"/>
          <w:b/>
          <w:sz w:val="36"/>
          <w:szCs w:val="36"/>
          <w:u w:val="single"/>
        </w:rPr>
        <w:t>Round I</w:t>
      </w:r>
      <w:r>
        <w:rPr>
          <w:rFonts w:ascii="Georgia" w:hAnsi="Georgia"/>
          <w:b/>
          <w:sz w:val="36"/>
          <w:szCs w:val="36"/>
          <w:u w:val="single"/>
        </w:rPr>
        <w:t xml:space="preserve">I </w:t>
      </w:r>
      <w:r w:rsidR="00F418D7" w:rsidRPr="00597757">
        <w:rPr>
          <w:rFonts w:ascii="Georgia" w:hAnsi="Georgia"/>
          <w:b/>
          <w:sz w:val="36"/>
          <w:szCs w:val="36"/>
          <w:u w:val="single"/>
        </w:rPr>
        <w:t xml:space="preserve">vocalists - </w:t>
      </w:r>
      <w:r>
        <w:rPr>
          <w:rFonts w:ascii="Georgia" w:hAnsi="Georgia"/>
          <w:b/>
          <w:sz w:val="36"/>
          <w:szCs w:val="36"/>
          <w:u w:val="single"/>
        </w:rPr>
        <w:t>O</w:t>
      </w:r>
      <w:r w:rsidR="00F418D7" w:rsidRPr="00597757">
        <w:rPr>
          <w:rFonts w:ascii="Georgia" w:hAnsi="Georgia"/>
          <w:b/>
          <w:sz w:val="36"/>
          <w:szCs w:val="36"/>
          <w:u w:val="single"/>
        </w:rPr>
        <w:t>pera duets (except countertenors)</w:t>
      </w:r>
    </w:p>
    <w:p w14:paraId="7FE5DCAD" w14:textId="77777777" w:rsidR="002B4517" w:rsidRPr="00B70929" w:rsidRDefault="002B4517">
      <w:pPr>
        <w:spacing w:before="120" w:after="40"/>
        <w:rPr>
          <w:rFonts w:ascii="Georgia" w:hAnsi="Georgia"/>
          <w:b/>
          <w:sz w:val="28"/>
          <w:szCs w:val="28"/>
        </w:rPr>
      </w:pPr>
    </w:p>
    <w:p w14:paraId="34C03D7F" w14:textId="77777777" w:rsidR="009C6F8E" w:rsidRDefault="00B70929" w:rsidP="002C3B54">
      <w:pPr>
        <w:rPr>
          <w:rFonts w:ascii="Georgia" w:hAnsi="Georgia"/>
          <w:b/>
          <w:bCs/>
          <w:sz w:val="28"/>
          <w:szCs w:val="28"/>
        </w:rPr>
      </w:pPr>
      <w:r w:rsidRPr="002C3B54">
        <w:rPr>
          <w:rFonts w:ascii="Georgia" w:hAnsi="Georgia"/>
          <w:b/>
          <w:bCs/>
          <w:sz w:val="28"/>
          <w:szCs w:val="28"/>
        </w:rPr>
        <w:t>Europ</w:t>
      </w:r>
      <w:r w:rsidR="003B765F" w:rsidRPr="002C3B54">
        <w:rPr>
          <w:rFonts w:ascii="Georgia" w:hAnsi="Georgia"/>
          <w:b/>
          <w:bCs/>
          <w:sz w:val="28"/>
          <w:szCs w:val="28"/>
        </w:rPr>
        <w:t>e</w:t>
      </w:r>
      <w:r w:rsidRPr="002C3B54">
        <w:rPr>
          <w:rFonts w:ascii="Georgia" w:hAnsi="Georgia"/>
          <w:b/>
          <w:bCs/>
          <w:sz w:val="28"/>
          <w:szCs w:val="28"/>
        </w:rPr>
        <w:t>an composers</w:t>
      </w:r>
    </w:p>
    <w:p w14:paraId="01F61C88" w14:textId="4C535A69" w:rsidR="00BC0920" w:rsidRPr="009C6F8E" w:rsidRDefault="00000000" w:rsidP="002C3B54">
      <w:pPr>
        <w:rPr>
          <w:rFonts w:ascii="Georgia" w:hAnsi="Georgia"/>
          <w:b/>
          <w:bCs/>
          <w:sz w:val="28"/>
          <w:szCs w:val="28"/>
        </w:rPr>
      </w:pPr>
      <w:r w:rsidRPr="002C3B54">
        <w:rPr>
          <w:rFonts w:ascii="Georgia" w:hAnsi="Georgia"/>
          <w:b/>
          <w:bCs/>
          <w:sz w:val="24"/>
          <w:szCs w:val="24"/>
        </w:rPr>
        <w:t>Christoph Willibald Gluck</w:t>
      </w:r>
    </w:p>
    <w:p w14:paraId="59B13BB6" w14:textId="23D3FC86" w:rsidR="00BC0920" w:rsidRPr="00B70929" w:rsidRDefault="00000000">
      <w:pPr>
        <w:keepLines/>
        <w:spacing w:after="40"/>
        <w:rPr>
          <w:rFonts w:ascii="Georgia" w:hAnsi="Georgia"/>
          <w:sz w:val="24"/>
          <w:szCs w:val="24"/>
        </w:rPr>
      </w:pPr>
      <w:r w:rsidRPr="00B70929">
        <w:rPr>
          <w:rFonts w:ascii="Georgia" w:hAnsi="Georgia"/>
          <w:sz w:val="24"/>
          <w:szCs w:val="24"/>
        </w:rPr>
        <w:t>• “Orfeo ed Euridice” - Orpheus / Eurydice - “</w:t>
      </w:r>
      <w:proofErr w:type="spellStart"/>
      <w:r w:rsidRPr="00B70929">
        <w:rPr>
          <w:rFonts w:ascii="Georgia" w:hAnsi="Georgia"/>
          <w:sz w:val="24"/>
          <w:szCs w:val="24"/>
        </w:rPr>
        <w:t>Vieni</w:t>
      </w:r>
      <w:proofErr w:type="spellEnd"/>
      <w:r w:rsidRPr="00B70929">
        <w:rPr>
          <w:rFonts w:ascii="Georgia" w:hAnsi="Georgia"/>
          <w:sz w:val="24"/>
          <w:szCs w:val="24"/>
        </w:rPr>
        <w:t xml:space="preserve">, </w:t>
      </w:r>
      <w:proofErr w:type="spellStart"/>
      <w:r w:rsidRPr="00B70929">
        <w:rPr>
          <w:rFonts w:ascii="Georgia" w:hAnsi="Georgia"/>
          <w:sz w:val="24"/>
          <w:szCs w:val="24"/>
        </w:rPr>
        <w:t>appaga</w:t>
      </w:r>
      <w:proofErr w:type="spellEnd"/>
      <w:r w:rsidRPr="00B70929">
        <w:rPr>
          <w:rFonts w:ascii="Georgia" w:hAnsi="Georgia"/>
          <w:sz w:val="24"/>
          <w:szCs w:val="24"/>
        </w:rPr>
        <w:t xml:space="preserve"> il </w:t>
      </w:r>
      <w:proofErr w:type="spellStart"/>
      <w:r w:rsidRPr="00B70929">
        <w:rPr>
          <w:rFonts w:ascii="Georgia" w:hAnsi="Georgia"/>
          <w:sz w:val="24"/>
          <w:szCs w:val="24"/>
        </w:rPr>
        <w:t>tuo</w:t>
      </w:r>
      <w:proofErr w:type="spellEnd"/>
      <w:r w:rsidRPr="00B70929">
        <w:rPr>
          <w:rFonts w:ascii="Georgia" w:hAnsi="Georgia"/>
          <w:sz w:val="24"/>
          <w:szCs w:val="24"/>
        </w:rPr>
        <w:t xml:space="preserve"> </w:t>
      </w:r>
      <w:proofErr w:type="spellStart"/>
      <w:r w:rsidRPr="00B70929">
        <w:rPr>
          <w:rFonts w:ascii="Georgia" w:hAnsi="Georgia"/>
          <w:sz w:val="24"/>
          <w:szCs w:val="24"/>
        </w:rPr>
        <w:t>consorte</w:t>
      </w:r>
      <w:proofErr w:type="spellEnd"/>
      <w:r w:rsidRPr="00B70929">
        <w:rPr>
          <w:rFonts w:ascii="Georgia" w:hAnsi="Georgia"/>
          <w:sz w:val="24"/>
          <w:szCs w:val="24"/>
        </w:rPr>
        <w:t>” - mezzo-soprano / soprano</w:t>
      </w:r>
    </w:p>
    <w:p w14:paraId="7F4C98B2" w14:textId="77777777" w:rsidR="00BC0920" w:rsidRPr="00B70929" w:rsidRDefault="00000000">
      <w:pPr>
        <w:spacing w:before="80" w:after="20"/>
        <w:rPr>
          <w:rFonts w:ascii="Georgia" w:hAnsi="Georgia"/>
          <w:sz w:val="24"/>
          <w:szCs w:val="24"/>
        </w:rPr>
      </w:pPr>
      <w:r w:rsidRPr="00B70929">
        <w:rPr>
          <w:rFonts w:ascii="Georgia" w:hAnsi="Georgia"/>
          <w:b/>
          <w:sz w:val="24"/>
          <w:szCs w:val="24"/>
        </w:rPr>
        <w:t>Wolfgang Amadeus Mozart</w:t>
      </w:r>
    </w:p>
    <w:p w14:paraId="388AE4DE" w14:textId="77777777" w:rsidR="00BC0920" w:rsidRPr="00B70929" w:rsidRDefault="00000000">
      <w:pPr>
        <w:keepLines/>
        <w:spacing w:after="40"/>
        <w:rPr>
          <w:rFonts w:ascii="Georgia" w:hAnsi="Georgia"/>
          <w:sz w:val="24"/>
          <w:szCs w:val="24"/>
        </w:rPr>
      </w:pPr>
      <w:r w:rsidRPr="00B70929">
        <w:rPr>
          <w:rFonts w:ascii="Georgia" w:hAnsi="Georgia"/>
          <w:sz w:val="24"/>
          <w:szCs w:val="24"/>
        </w:rPr>
        <w:t xml:space="preserve">• “Don Giovanni” - Donna Anna / Don </w:t>
      </w:r>
      <w:proofErr w:type="spellStart"/>
      <w:r w:rsidRPr="00B70929">
        <w:rPr>
          <w:rFonts w:ascii="Georgia" w:hAnsi="Georgia"/>
          <w:sz w:val="24"/>
          <w:szCs w:val="24"/>
        </w:rPr>
        <w:t>Ottavio</w:t>
      </w:r>
      <w:proofErr w:type="spellEnd"/>
      <w:r w:rsidRPr="00B70929">
        <w:rPr>
          <w:rFonts w:ascii="Georgia" w:hAnsi="Georgia"/>
          <w:sz w:val="24"/>
          <w:szCs w:val="24"/>
        </w:rPr>
        <w:t xml:space="preserve"> - “Ma qual </w:t>
      </w:r>
      <w:proofErr w:type="spellStart"/>
      <w:r w:rsidRPr="00B70929">
        <w:rPr>
          <w:rFonts w:ascii="Georgia" w:hAnsi="Georgia"/>
          <w:sz w:val="24"/>
          <w:szCs w:val="24"/>
        </w:rPr>
        <w:t>mai</w:t>
      </w:r>
      <w:proofErr w:type="spellEnd"/>
      <w:r w:rsidRPr="00B70929">
        <w:rPr>
          <w:rFonts w:ascii="Georgia" w:hAnsi="Georgia"/>
          <w:sz w:val="24"/>
          <w:szCs w:val="24"/>
        </w:rPr>
        <w:t xml:space="preserve"> </w:t>
      </w:r>
      <w:proofErr w:type="spellStart"/>
      <w:r w:rsidRPr="00B70929">
        <w:rPr>
          <w:rFonts w:ascii="Georgia" w:hAnsi="Georgia"/>
          <w:sz w:val="24"/>
          <w:szCs w:val="24"/>
        </w:rPr>
        <w:t>s’offre</w:t>
      </w:r>
      <w:proofErr w:type="spellEnd"/>
      <w:r w:rsidRPr="00B70929">
        <w:rPr>
          <w:rFonts w:ascii="Georgia" w:hAnsi="Georgia"/>
          <w:sz w:val="24"/>
          <w:szCs w:val="24"/>
        </w:rPr>
        <w:t xml:space="preserve">, o Dei... </w:t>
      </w:r>
      <w:proofErr w:type="spellStart"/>
      <w:r w:rsidRPr="00B70929">
        <w:rPr>
          <w:rFonts w:ascii="Georgia" w:hAnsi="Georgia"/>
          <w:sz w:val="24"/>
          <w:szCs w:val="24"/>
        </w:rPr>
        <w:t>Fuggi</w:t>
      </w:r>
      <w:proofErr w:type="spellEnd"/>
      <w:r w:rsidRPr="00B70929">
        <w:rPr>
          <w:rFonts w:ascii="Georgia" w:hAnsi="Georgia"/>
          <w:sz w:val="24"/>
          <w:szCs w:val="24"/>
        </w:rPr>
        <w:t xml:space="preserve">, </w:t>
      </w:r>
      <w:proofErr w:type="spellStart"/>
      <w:r w:rsidRPr="00B70929">
        <w:rPr>
          <w:rFonts w:ascii="Georgia" w:hAnsi="Georgia"/>
          <w:sz w:val="24"/>
          <w:szCs w:val="24"/>
        </w:rPr>
        <w:t>crudele</w:t>
      </w:r>
      <w:proofErr w:type="spellEnd"/>
      <w:r w:rsidRPr="00B70929">
        <w:rPr>
          <w:rFonts w:ascii="Georgia" w:hAnsi="Georgia"/>
          <w:sz w:val="24"/>
          <w:szCs w:val="24"/>
        </w:rPr>
        <w:t xml:space="preserve">, </w:t>
      </w:r>
      <w:proofErr w:type="spellStart"/>
      <w:r w:rsidRPr="00B70929">
        <w:rPr>
          <w:rFonts w:ascii="Georgia" w:hAnsi="Georgia"/>
          <w:sz w:val="24"/>
          <w:szCs w:val="24"/>
        </w:rPr>
        <w:t>fuggi</w:t>
      </w:r>
      <w:proofErr w:type="spellEnd"/>
      <w:r w:rsidRPr="00B70929">
        <w:rPr>
          <w:rFonts w:ascii="Georgia" w:hAnsi="Georgia"/>
          <w:sz w:val="24"/>
          <w:szCs w:val="24"/>
        </w:rPr>
        <w:t>!” - soprano/tenor</w:t>
      </w:r>
    </w:p>
    <w:p w14:paraId="5D7F050C" w14:textId="77777777" w:rsidR="00BC0920" w:rsidRPr="00B70929" w:rsidRDefault="00000000">
      <w:pPr>
        <w:keepLines/>
        <w:spacing w:after="40"/>
        <w:rPr>
          <w:rFonts w:ascii="Georgia" w:hAnsi="Georgia"/>
          <w:sz w:val="24"/>
          <w:szCs w:val="24"/>
        </w:rPr>
      </w:pPr>
      <w:r w:rsidRPr="00B70929">
        <w:rPr>
          <w:rFonts w:ascii="Georgia" w:hAnsi="Georgia"/>
          <w:sz w:val="24"/>
          <w:szCs w:val="24"/>
        </w:rPr>
        <w:t>• “</w:t>
      </w:r>
      <w:proofErr w:type="spellStart"/>
      <w:r w:rsidRPr="00B70929">
        <w:rPr>
          <w:rFonts w:ascii="Georgia" w:hAnsi="Georgia"/>
          <w:sz w:val="24"/>
          <w:szCs w:val="24"/>
        </w:rPr>
        <w:t>Così</w:t>
      </w:r>
      <w:proofErr w:type="spellEnd"/>
      <w:r w:rsidRPr="00B70929">
        <w:rPr>
          <w:rFonts w:ascii="Georgia" w:hAnsi="Georgia"/>
          <w:sz w:val="24"/>
          <w:szCs w:val="24"/>
        </w:rPr>
        <w:t xml:space="preserve"> fan tutte” - </w:t>
      </w:r>
      <w:proofErr w:type="spellStart"/>
      <w:r w:rsidRPr="00B70929">
        <w:rPr>
          <w:rFonts w:ascii="Georgia" w:hAnsi="Georgia"/>
          <w:sz w:val="24"/>
          <w:szCs w:val="24"/>
        </w:rPr>
        <w:t>Fiordiligi</w:t>
      </w:r>
      <w:proofErr w:type="spellEnd"/>
      <w:r w:rsidRPr="00B70929">
        <w:rPr>
          <w:rFonts w:ascii="Georgia" w:hAnsi="Georgia"/>
          <w:sz w:val="24"/>
          <w:szCs w:val="24"/>
        </w:rPr>
        <w:t xml:space="preserve"> / </w:t>
      </w:r>
      <w:proofErr w:type="spellStart"/>
      <w:r w:rsidRPr="00B70929">
        <w:rPr>
          <w:rFonts w:ascii="Georgia" w:hAnsi="Georgia"/>
          <w:sz w:val="24"/>
          <w:szCs w:val="24"/>
        </w:rPr>
        <w:t>Dorabella</w:t>
      </w:r>
      <w:proofErr w:type="spellEnd"/>
      <w:r w:rsidRPr="00B70929">
        <w:rPr>
          <w:rFonts w:ascii="Georgia" w:hAnsi="Georgia"/>
          <w:sz w:val="24"/>
          <w:szCs w:val="24"/>
        </w:rPr>
        <w:t xml:space="preserve"> - “Ah, </w:t>
      </w:r>
      <w:proofErr w:type="spellStart"/>
      <w:r w:rsidRPr="00B70929">
        <w:rPr>
          <w:rFonts w:ascii="Georgia" w:hAnsi="Georgia"/>
          <w:sz w:val="24"/>
          <w:szCs w:val="24"/>
        </w:rPr>
        <w:t>guarda</w:t>
      </w:r>
      <w:proofErr w:type="spellEnd"/>
      <w:r w:rsidRPr="00B70929">
        <w:rPr>
          <w:rFonts w:ascii="Georgia" w:hAnsi="Georgia"/>
          <w:sz w:val="24"/>
          <w:szCs w:val="24"/>
        </w:rPr>
        <w:t xml:space="preserve">, </w:t>
      </w:r>
      <w:proofErr w:type="spellStart"/>
      <w:r w:rsidRPr="00B70929">
        <w:rPr>
          <w:rFonts w:ascii="Georgia" w:hAnsi="Georgia"/>
          <w:sz w:val="24"/>
          <w:szCs w:val="24"/>
        </w:rPr>
        <w:t>sorella</w:t>
      </w:r>
      <w:proofErr w:type="spellEnd"/>
      <w:r w:rsidRPr="00B70929">
        <w:rPr>
          <w:rFonts w:ascii="Georgia" w:hAnsi="Georgia"/>
          <w:sz w:val="24"/>
          <w:szCs w:val="24"/>
        </w:rPr>
        <w:t>” - soprano / mezzo-soprano</w:t>
      </w:r>
    </w:p>
    <w:p w14:paraId="6CF18DD3" w14:textId="77777777" w:rsidR="00BC0920" w:rsidRPr="00B70929" w:rsidRDefault="00000000">
      <w:pPr>
        <w:keepLines/>
        <w:spacing w:after="40"/>
        <w:rPr>
          <w:rFonts w:ascii="Georgia" w:hAnsi="Georgia"/>
          <w:sz w:val="24"/>
          <w:szCs w:val="24"/>
        </w:rPr>
      </w:pPr>
      <w:r w:rsidRPr="00B70929">
        <w:rPr>
          <w:rFonts w:ascii="Georgia" w:hAnsi="Georgia"/>
          <w:sz w:val="24"/>
          <w:szCs w:val="24"/>
        </w:rPr>
        <w:t>• “</w:t>
      </w:r>
      <w:proofErr w:type="spellStart"/>
      <w:r w:rsidRPr="00B70929">
        <w:rPr>
          <w:rFonts w:ascii="Georgia" w:hAnsi="Georgia"/>
          <w:sz w:val="24"/>
          <w:szCs w:val="24"/>
        </w:rPr>
        <w:t>Così</w:t>
      </w:r>
      <w:proofErr w:type="spellEnd"/>
      <w:r w:rsidRPr="00B70929">
        <w:rPr>
          <w:rFonts w:ascii="Georgia" w:hAnsi="Georgia"/>
          <w:sz w:val="24"/>
          <w:szCs w:val="24"/>
        </w:rPr>
        <w:t xml:space="preserve"> fan tutte” - </w:t>
      </w:r>
      <w:proofErr w:type="spellStart"/>
      <w:r w:rsidRPr="00B70929">
        <w:rPr>
          <w:rFonts w:ascii="Georgia" w:hAnsi="Georgia"/>
          <w:sz w:val="24"/>
          <w:szCs w:val="24"/>
        </w:rPr>
        <w:t>Fiordiligi</w:t>
      </w:r>
      <w:proofErr w:type="spellEnd"/>
      <w:r w:rsidRPr="00B70929">
        <w:rPr>
          <w:rFonts w:ascii="Georgia" w:hAnsi="Georgia"/>
          <w:sz w:val="24"/>
          <w:szCs w:val="24"/>
        </w:rPr>
        <w:t xml:space="preserve"> / </w:t>
      </w:r>
      <w:proofErr w:type="spellStart"/>
      <w:r w:rsidRPr="00B70929">
        <w:rPr>
          <w:rFonts w:ascii="Georgia" w:hAnsi="Georgia"/>
          <w:sz w:val="24"/>
          <w:szCs w:val="24"/>
        </w:rPr>
        <w:t>Ferrando</w:t>
      </w:r>
      <w:proofErr w:type="spellEnd"/>
      <w:r w:rsidRPr="00B70929">
        <w:rPr>
          <w:rFonts w:ascii="Georgia" w:hAnsi="Georgia"/>
          <w:sz w:val="24"/>
          <w:szCs w:val="24"/>
        </w:rPr>
        <w:t xml:space="preserve"> - “Fra </w:t>
      </w:r>
      <w:proofErr w:type="spellStart"/>
      <w:r w:rsidRPr="00B70929">
        <w:rPr>
          <w:rFonts w:ascii="Georgia" w:hAnsi="Georgia"/>
          <w:sz w:val="24"/>
          <w:szCs w:val="24"/>
        </w:rPr>
        <w:t>gli</w:t>
      </w:r>
      <w:proofErr w:type="spellEnd"/>
      <w:r w:rsidRPr="00B70929">
        <w:rPr>
          <w:rFonts w:ascii="Georgia" w:hAnsi="Georgia"/>
          <w:sz w:val="24"/>
          <w:szCs w:val="24"/>
        </w:rPr>
        <w:t xml:space="preserve"> </w:t>
      </w:r>
      <w:proofErr w:type="spellStart"/>
      <w:r w:rsidRPr="00B70929">
        <w:rPr>
          <w:rFonts w:ascii="Georgia" w:hAnsi="Georgia"/>
          <w:sz w:val="24"/>
          <w:szCs w:val="24"/>
        </w:rPr>
        <w:t>amplessi</w:t>
      </w:r>
      <w:proofErr w:type="spellEnd"/>
      <w:r w:rsidRPr="00B70929">
        <w:rPr>
          <w:rFonts w:ascii="Georgia" w:hAnsi="Georgia"/>
          <w:sz w:val="24"/>
          <w:szCs w:val="24"/>
        </w:rPr>
        <w:t>” - soprano / tenor</w:t>
      </w:r>
    </w:p>
    <w:p w14:paraId="09DACA25" w14:textId="77777777" w:rsidR="00BC0920" w:rsidRPr="00B70929" w:rsidRDefault="00000000">
      <w:pPr>
        <w:keepLines/>
        <w:spacing w:after="40"/>
        <w:rPr>
          <w:rFonts w:ascii="Georgia" w:hAnsi="Georgia"/>
          <w:sz w:val="24"/>
          <w:szCs w:val="24"/>
        </w:rPr>
      </w:pPr>
      <w:r w:rsidRPr="00B70929">
        <w:rPr>
          <w:rFonts w:ascii="Georgia" w:hAnsi="Georgia"/>
          <w:sz w:val="24"/>
          <w:szCs w:val="24"/>
        </w:rPr>
        <w:t>• “</w:t>
      </w:r>
      <w:proofErr w:type="spellStart"/>
      <w:r w:rsidRPr="00B70929">
        <w:rPr>
          <w:rFonts w:ascii="Georgia" w:hAnsi="Georgia"/>
          <w:sz w:val="24"/>
          <w:szCs w:val="24"/>
        </w:rPr>
        <w:t>Così</w:t>
      </w:r>
      <w:proofErr w:type="spellEnd"/>
      <w:r w:rsidRPr="00B70929">
        <w:rPr>
          <w:rFonts w:ascii="Georgia" w:hAnsi="Georgia"/>
          <w:sz w:val="24"/>
          <w:szCs w:val="24"/>
        </w:rPr>
        <w:t xml:space="preserve"> fan tutte” - </w:t>
      </w:r>
      <w:proofErr w:type="spellStart"/>
      <w:r w:rsidRPr="00B70929">
        <w:rPr>
          <w:rFonts w:ascii="Georgia" w:hAnsi="Georgia"/>
          <w:sz w:val="24"/>
          <w:szCs w:val="24"/>
        </w:rPr>
        <w:t>Dorabella</w:t>
      </w:r>
      <w:proofErr w:type="spellEnd"/>
      <w:r w:rsidRPr="00B70929">
        <w:rPr>
          <w:rFonts w:ascii="Georgia" w:hAnsi="Georgia"/>
          <w:sz w:val="24"/>
          <w:szCs w:val="24"/>
        </w:rPr>
        <w:t xml:space="preserve"> / Guglielmo - “Il core vi </w:t>
      </w:r>
      <w:proofErr w:type="spellStart"/>
      <w:r w:rsidRPr="00B70929">
        <w:rPr>
          <w:rFonts w:ascii="Georgia" w:hAnsi="Georgia"/>
          <w:sz w:val="24"/>
          <w:szCs w:val="24"/>
        </w:rPr>
        <w:t>dono</w:t>
      </w:r>
      <w:proofErr w:type="spellEnd"/>
      <w:r w:rsidRPr="00B70929">
        <w:rPr>
          <w:rFonts w:ascii="Georgia" w:hAnsi="Georgia"/>
          <w:sz w:val="24"/>
          <w:szCs w:val="24"/>
        </w:rPr>
        <w:t>” - mezzo-soprano / baritone</w:t>
      </w:r>
    </w:p>
    <w:p w14:paraId="2989B5E6" w14:textId="77777777" w:rsidR="00BC0920" w:rsidRPr="00B70929" w:rsidRDefault="00000000">
      <w:pPr>
        <w:spacing w:before="80" w:after="20"/>
        <w:rPr>
          <w:rFonts w:ascii="Georgia" w:hAnsi="Georgia"/>
          <w:sz w:val="24"/>
          <w:szCs w:val="24"/>
        </w:rPr>
      </w:pPr>
      <w:proofErr w:type="spellStart"/>
      <w:r w:rsidRPr="00B70929">
        <w:rPr>
          <w:rFonts w:ascii="Georgia" w:hAnsi="Georgia"/>
          <w:b/>
          <w:sz w:val="24"/>
          <w:szCs w:val="24"/>
        </w:rPr>
        <w:t>Gioachino</w:t>
      </w:r>
      <w:proofErr w:type="spellEnd"/>
      <w:r w:rsidRPr="00B70929">
        <w:rPr>
          <w:rFonts w:ascii="Georgia" w:hAnsi="Georgia"/>
          <w:b/>
          <w:sz w:val="24"/>
          <w:szCs w:val="24"/>
        </w:rPr>
        <w:t xml:space="preserve"> Rossini</w:t>
      </w:r>
    </w:p>
    <w:p w14:paraId="231404D5" w14:textId="619321CA" w:rsidR="00BC0920" w:rsidRPr="00B70929" w:rsidRDefault="00000000">
      <w:pPr>
        <w:keepLines/>
        <w:spacing w:after="40"/>
        <w:rPr>
          <w:rFonts w:ascii="Georgia" w:hAnsi="Georgia"/>
          <w:sz w:val="24"/>
          <w:szCs w:val="24"/>
        </w:rPr>
      </w:pPr>
      <w:r w:rsidRPr="00B70929">
        <w:rPr>
          <w:rFonts w:ascii="Georgia" w:hAnsi="Georgia"/>
          <w:sz w:val="24"/>
          <w:szCs w:val="24"/>
        </w:rPr>
        <w:t xml:space="preserve">• “Il </w:t>
      </w:r>
      <w:proofErr w:type="spellStart"/>
      <w:r w:rsidRPr="00B70929">
        <w:rPr>
          <w:rFonts w:ascii="Georgia" w:hAnsi="Georgia"/>
          <w:sz w:val="24"/>
          <w:szCs w:val="24"/>
        </w:rPr>
        <w:t>barbiere</w:t>
      </w:r>
      <w:proofErr w:type="spellEnd"/>
      <w:r w:rsidRPr="00B70929">
        <w:rPr>
          <w:rFonts w:ascii="Georgia" w:hAnsi="Georgia"/>
          <w:sz w:val="24"/>
          <w:szCs w:val="24"/>
        </w:rPr>
        <w:t xml:space="preserve"> di </w:t>
      </w:r>
      <w:proofErr w:type="spellStart"/>
      <w:r w:rsidRPr="00B70929">
        <w:rPr>
          <w:rFonts w:ascii="Georgia" w:hAnsi="Georgia"/>
          <w:sz w:val="24"/>
          <w:szCs w:val="24"/>
        </w:rPr>
        <w:t>Siviglia</w:t>
      </w:r>
      <w:proofErr w:type="spellEnd"/>
      <w:r w:rsidRPr="00B70929">
        <w:rPr>
          <w:rFonts w:ascii="Georgia" w:hAnsi="Georgia"/>
          <w:sz w:val="24"/>
          <w:szCs w:val="24"/>
        </w:rPr>
        <w:t>” - Rosina / Figaro - “</w:t>
      </w:r>
      <w:proofErr w:type="spellStart"/>
      <w:r w:rsidRPr="00B70929">
        <w:rPr>
          <w:rFonts w:ascii="Georgia" w:hAnsi="Georgia"/>
          <w:sz w:val="24"/>
          <w:szCs w:val="24"/>
        </w:rPr>
        <w:t>Dunque</w:t>
      </w:r>
      <w:proofErr w:type="spellEnd"/>
      <w:r w:rsidRPr="00B70929">
        <w:rPr>
          <w:rFonts w:ascii="Georgia" w:hAnsi="Georgia"/>
          <w:sz w:val="24"/>
          <w:szCs w:val="24"/>
        </w:rPr>
        <w:t xml:space="preserve"> io son” - mezzo-soprano </w:t>
      </w:r>
      <w:r w:rsidR="006334B9" w:rsidRPr="006334B9">
        <w:rPr>
          <w:rFonts w:ascii="Georgia" w:hAnsi="Georgia"/>
          <w:sz w:val="24"/>
          <w:szCs w:val="24"/>
        </w:rPr>
        <w:t>(</w:t>
      </w:r>
      <w:r w:rsidR="006334B9" w:rsidRPr="00B70929">
        <w:rPr>
          <w:rFonts w:ascii="Georgia" w:hAnsi="Georgia"/>
          <w:sz w:val="24"/>
          <w:szCs w:val="24"/>
        </w:rPr>
        <w:t>soprano</w:t>
      </w:r>
      <w:r w:rsidR="006334B9" w:rsidRPr="006334B9">
        <w:rPr>
          <w:rFonts w:ascii="Georgia" w:hAnsi="Georgia"/>
          <w:sz w:val="24"/>
          <w:szCs w:val="24"/>
        </w:rPr>
        <w:t xml:space="preserve">) </w:t>
      </w:r>
      <w:r w:rsidRPr="00B70929">
        <w:rPr>
          <w:rFonts w:ascii="Georgia" w:hAnsi="Georgia"/>
          <w:sz w:val="24"/>
          <w:szCs w:val="24"/>
        </w:rPr>
        <w:t>/ baritone</w:t>
      </w:r>
    </w:p>
    <w:p w14:paraId="520A35C5" w14:textId="77777777" w:rsidR="00BC0920" w:rsidRPr="00B70929" w:rsidRDefault="00000000">
      <w:pPr>
        <w:keepLines/>
        <w:spacing w:after="40"/>
        <w:rPr>
          <w:rFonts w:ascii="Georgia" w:hAnsi="Georgia"/>
          <w:sz w:val="24"/>
          <w:szCs w:val="24"/>
        </w:rPr>
      </w:pPr>
      <w:r w:rsidRPr="00B70929">
        <w:rPr>
          <w:rFonts w:ascii="Georgia" w:hAnsi="Georgia"/>
          <w:sz w:val="24"/>
          <w:szCs w:val="24"/>
        </w:rPr>
        <w:t xml:space="preserve">• “Il </w:t>
      </w:r>
      <w:proofErr w:type="spellStart"/>
      <w:r w:rsidRPr="00B70929">
        <w:rPr>
          <w:rFonts w:ascii="Georgia" w:hAnsi="Georgia"/>
          <w:sz w:val="24"/>
          <w:szCs w:val="24"/>
        </w:rPr>
        <w:t>barbiere</w:t>
      </w:r>
      <w:proofErr w:type="spellEnd"/>
      <w:r w:rsidRPr="00B70929">
        <w:rPr>
          <w:rFonts w:ascii="Georgia" w:hAnsi="Georgia"/>
          <w:sz w:val="24"/>
          <w:szCs w:val="24"/>
        </w:rPr>
        <w:t xml:space="preserve"> di </w:t>
      </w:r>
      <w:proofErr w:type="spellStart"/>
      <w:r w:rsidRPr="00B70929">
        <w:rPr>
          <w:rFonts w:ascii="Georgia" w:hAnsi="Georgia"/>
          <w:sz w:val="24"/>
          <w:szCs w:val="24"/>
        </w:rPr>
        <w:t>Siviglia</w:t>
      </w:r>
      <w:proofErr w:type="spellEnd"/>
      <w:r w:rsidRPr="00B70929">
        <w:rPr>
          <w:rFonts w:ascii="Georgia" w:hAnsi="Georgia"/>
          <w:sz w:val="24"/>
          <w:szCs w:val="24"/>
        </w:rPr>
        <w:t>” - Almaviva / Figaro - “</w:t>
      </w:r>
      <w:proofErr w:type="spellStart"/>
      <w:r w:rsidRPr="00B70929">
        <w:rPr>
          <w:rFonts w:ascii="Georgia" w:hAnsi="Georgia"/>
          <w:sz w:val="24"/>
          <w:szCs w:val="24"/>
        </w:rPr>
        <w:t>All’idea</w:t>
      </w:r>
      <w:proofErr w:type="spellEnd"/>
      <w:r w:rsidRPr="00B70929">
        <w:rPr>
          <w:rFonts w:ascii="Georgia" w:hAnsi="Georgia"/>
          <w:sz w:val="24"/>
          <w:szCs w:val="24"/>
        </w:rPr>
        <w:t xml:space="preserve"> di </w:t>
      </w:r>
      <w:proofErr w:type="spellStart"/>
      <w:r w:rsidRPr="00B70929">
        <w:rPr>
          <w:rFonts w:ascii="Georgia" w:hAnsi="Georgia"/>
          <w:sz w:val="24"/>
          <w:szCs w:val="24"/>
        </w:rPr>
        <w:t>quel</w:t>
      </w:r>
      <w:proofErr w:type="spellEnd"/>
      <w:r w:rsidRPr="00B70929">
        <w:rPr>
          <w:rFonts w:ascii="Georgia" w:hAnsi="Georgia"/>
          <w:sz w:val="24"/>
          <w:szCs w:val="24"/>
        </w:rPr>
        <w:t xml:space="preserve"> </w:t>
      </w:r>
      <w:proofErr w:type="spellStart"/>
      <w:r w:rsidRPr="00B70929">
        <w:rPr>
          <w:rFonts w:ascii="Georgia" w:hAnsi="Georgia"/>
          <w:sz w:val="24"/>
          <w:szCs w:val="24"/>
        </w:rPr>
        <w:t>metallo</w:t>
      </w:r>
      <w:proofErr w:type="spellEnd"/>
      <w:r w:rsidRPr="00B70929">
        <w:rPr>
          <w:rFonts w:ascii="Georgia" w:hAnsi="Georgia"/>
          <w:sz w:val="24"/>
          <w:szCs w:val="24"/>
        </w:rPr>
        <w:t>” - tenor / baritone</w:t>
      </w:r>
    </w:p>
    <w:p w14:paraId="6CBDB0F6" w14:textId="77777777" w:rsidR="00BC0920" w:rsidRPr="00B70929" w:rsidRDefault="00000000">
      <w:pPr>
        <w:keepLines/>
        <w:spacing w:after="40"/>
        <w:rPr>
          <w:rFonts w:ascii="Georgia" w:hAnsi="Georgia"/>
          <w:sz w:val="24"/>
          <w:szCs w:val="24"/>
        </w:rPr>
      </w:pPr>
      <w:r w:rsidRPr="00B70929">
        <w:rPr>
          <w:rFonts w:ascii="Georgia" w:hAnsi="Georgia"/>
          <w:sz w:val="24"/>
          <w:szCs w:val="24"/>
        </w:rPr>
        <w:t xml:space="preserve">• “La </w:t>
      </w:r>
      <w:proofErr w:type="spellStart"/>
      <w:r w:rsidRPr="00B70929">
        <w:rPr>
          <w:rFonts w:ascii="Georgia" w:hAnsi="Georgia"/>
          <w:sz w:val="24"/>
          <w:szCs w:val="24"/>
        </w:rPr>
        <w:t>Cenerentola</w:t>
      </w:r>
      <w:proofErr w:type="spellEnd"/>
      <w:r w:rsidRPr="00B70929">
        <w:rPr>
          <w:rFonts w:ascii="Georgia" w:hAnsi="Georgia"/>
          <w:sz w:val="24"/>
          <w:szCs w:val="24"/>
        </w:rPr>
        <w:t xml:space="preserve">” - Angelina / Ramiro - “Un soave non so </w:t>
      </w:r>
      <w:proofErr w:type="spellStart"/>
      <w:r w:rsidRPr="00B70929">
        <w:rPr>
          <w:rFonts w:ascii="Georgia" w:hAnsi="Georgia"/>
          <w:sz w:val="24"/>
          <w:szCs w:val="24"/>
        </w:rPr>
        <w:t>che</w:t>
      </w:r>
      <w:proofErr w:type="spellEnd"/>
      <w:r w:rsidRPr="00B70929">
        <w:rPr>
          <w:rFonts w:ascii="Georgia" w:hAnsi="Georgia"/>
          <w:sz w:val="24"/>
          <w:szCs w:val="24"/>
        </w:rPr>
        <w:t>” - mezzo-soprano / tenor</w:t>
      </w:r>
    </w:p>
    <w:p w14:paraId="443ACADF" w14:textId="77777777" w:rsidR="00BC0920" w:rsidRPr="00B70929" w:rsidRDefault="00000000">
      <w:pPr>
        <w:keepLines/>
        <w:spacing w:after="40"/>
        <w:rPr>
          <w:rFonts w:ascii="Georgia" w:hAnsi="Georgia"/>
          <w:sz w:val="24"/>
          <w:szCs w:val="24"/>
        </w:rPr>
      </w:pPr>
      <w:r w:rsidRPr="00B70929">
        <w:rPr>
          <w:rFonts w:ascii="Georgia" w:hAnsi="Georgia"/>
          <w:sz w:val="24"/>
          <w:szCs w:val="24"/>
        </w:rPr>
        <w:t>• “</w:t>
      </w:r>
      <w:proofErr w:type="spellStart"/>
      <w:r w:rsidRPr="00B70929">
        <w:rPr>
          <w:rFonts w:ascii="Georgia" w:hAnsi="Georgia"/>
          <w:sz w:val="24"/>
          <w:szCs w:val="24"/>
        </w:rPr>
        <w:t>L’italiana</w:t>
      </w:r>
      <w:proofErr w:type="spellEnd"/>
      <w:r w:rsidRPr="00B70929">
        <w:rPr>
          <w:rFonts w:ascii="Georgia" w:hAnsi="Georgia"/>
          <w:sz w:val="24"/>
          <w:szCs w:val="24"/>
        </w:rPr>
        <w:t xml:space="preserve"> in </w:t>
      </w:r>
      <w:proofErr w:type="spellStart"/>
      <w:r w:rsidRPr="00B70929">
        <w:rPr>
          <w:rFonts w:ascii="Georgia" w:hAnsi="Georgia"/>
          <w:sz w:val="24"/>
          <w:szCs w:val="24"/>
        </w:rPr>
        <w:t>Algeri</w:t>
      </w:r>
      <w:proofErr w:type="spellEnd"/>
      <w:r w:rsidRPr="00B70929">
        <w:rPr>
          <w:rFonts w:ascii="Georgia" w:hAnsi="Georgia"/>
          <w:sz w:val="24"/>
          <w:szCs w:val="24"/>
        </w:rPr>
        <w:t xml:space="preserve">” - Isabella / Mustafa - “Oh, </w:t>
      </w:r>
      <w:proofErr w:type="spellStart"/>
      <w:r w:rsidRPr="00B70929">
        <w:rPr>
          <w:rFonts w:ascii="Georgia" w:hAnsi="Georgia"/>
          <w:sz w:val="24"/>
          <w:szCs w:val="24"/>
        </w:rPr>
        <w:t>che</w:t>
      </w:r>
      <w:proofErr w:type="spellEnd"/>
      <w:r w:rsidRPr="00B70929">
        <w:rPr>
          <w:rFonts w:ascii="Georgia" w:hAnsi="Georgia"/>
          <w:sz w:val="24"/>
          <w:szCs w:val="24"/>
        </w:rPr>
        <w:t xml:space="preserve"> muso!” - mezzo-soprano/bass</w:t>
      </w:r>
    </w:p>
    <w:p w14:paraId="1E85B072" w14:textId="77777777" w:rsidR="00BC0920" w:rsidRPr="00B70929" w:rsidRDefault="00000000">
      <w:pPr>
        <w:keepLines/>
        <w:spacing w:after="40"/>
        <w:rPr>
          <w:rFonts w:ascii="Georgia" w:hAnsi="Georgia"/>
          <w:sz w:val="24"/>
          <w:szCs w:val="24"/>
        </w:rPr>
      </w:pPr>
      <w:r w:rsidRPr="00B70929">
        <w:rPr>
          <w:rFonts w:ascii="Georgia" w:hAnsi="Georgia"/>
          <w:sz w:val="24"/>
          <w:szCs w:val="24"/>
        </w:rPr>
        <w:t>• “</w:t>
      </w:r>
      <w:proofErr w:type="spellStart"/>
      <w:r w:rsidRPr="00B70929">
        <w:rPr>
          <w:rFonts w:ascii="Georgia" w:hAnsi="Georgia"/>
          <w:sz w:val="24"/>
          <w:szCs w:val="24"/>
        </w:rPr>
        <w:t>L’italiana</w:t>
      </w:r>
      <w:proofErr w:type="spellEnd"/>
      <w:r w:rsidRPr="00B70929">
        <w:rPr>
          <w:rFonts w:ascii="Georgia" w:hAnsi="Georgia"/>
          <w:sz w:val="24"/>
          <w:szCs w:val="24"/>
        </w:rPr>
        <w:t xml:space="preserve"> in </w:t>
      </w:r>
      <w:proofErr w:type="spellStart"/>
      <w:r w:rsidRPr="00B70929">
        <w:rPr>
          <w:rFonts w:ascii="Georgia" w:hAnsi="Georgia"/>
          <w:sz w:val="24"/>
          <w:szCs w:val="24"/>
        </w:rPr>
        <w:t>Algeri</w:t>
      </w:r>
      <w:proofErr w:type="spellEnd"/>
      <w:r w:rsidRPr="00B70929">
        <w:rPr>
          <w:rFonts w:ascii="Georgia" w:hAnsi="Georgia"/>
          <w:sz w:val="24"/>
          <w:szCs w:val="24"/>
        </w:rPr>
        <w:t xml:space="preserve">” - Isabella / Taddeo - “Ai capricci </w:t>
      </w:r>
      <w:proofErr w:type="spellStart"/>
      <w:r w:rsidRPr="00B70929">
        <w:rPr>
          <w:rFonts w:ascii="Georgia" w:hAnsi="Georgia"/>
          <w:sz w:val="24"/>
          <w:szCs w:val="24"/>
        </w:rPr>
        <w:t>della</w:t>
      </w:r>
      <w:proofErr w:type="spellEnd"/>
      <w:r w:rsidRPr="00B70929">
        <w:rPr>
          <w:rFonts w:ascii="Georgia" w:hAnsi="Georgia"/>
          <w:sz w:val="24"/>
          <w:szCs w:val="24"/>
        </w:rPr>
        <w:t xml:space="preserve"> </w:t>
      </w:r>
      <w:proofErr w:type="spellStart"/>
      <w:r w:rsidRPr="00B70929">
        <w:rPr>
          <w:rFonts w:ascii="Georgia" w:hAnsi="Georgia"/>
          <w:sz w:val="24"/>
          <w:szCs w:val="24"/>
        </w:rPr>
        <w:t>sorte</w:t>
      </w:r>
      <w:proofErr w:type="spellEnd"/>
      <w:r w:rsidRPr="00B70929">
        <w:rPr>
          <w:rFonts w:ascii="Georgia" w:hAnsi="Georgia"/>
          <w:sz w:val="24"/>
          <w:szCs w:val="24"/>
        </w:rPr>
        <w:t>” - mezzo-soprano / baritone</w:t>
      </w:r>
    </w:p>
    <w:p w14:paraId="5ACE720B" w14:textId="77777777" w:rsidR="00BC0920" w:rsidRPr="00B70929" w:rsidRDefault="00000000">
      <w:pPr>
        <w:spacing w:before="80" w:after="20"/>
        <w:rPr>
          <w:rFonts w:ascii="Georgia" w:hAnsi="Georgia"/>
          <w:sz w:val="24"/>
          <w:szCs w:val="24"/>
        </w:rPr>
      </w:pPr>
      <w:r w:rsidRPr="00B70929">
        <w:rPr>
          <w:rFonts w:ascii="Georgia" w:hAnsi="Georgia"/>
          <w:b/>
          <w:sz w:val="24"/>
          <w:szCs w:val="24"/>
        </w:rPr>
        <w:t>Gaetano Donizetti</w:t>
      </w:r>
    </w:p>
    <w:p w14:paraId="3CF9E7D0" w14:textId="799ED847" w:rsidR="00BC0920" w:rsidRPr="00B70929" w:rsidRDefault="00000000">
      <w:pPr>
        <w:keepLines/>
        <w:spacing w:after="40"/>
        <w:rPr>
          <w:rFonts w:ascii="Georgia" w:hAnsi="Georgia"/>
          <w:sz w:val="24"/>
          <w:szCs w:val="24"/>
        </w:rPr>
      </w:pPr>
      <w:r w:rsidRPr="00B70929">
        <w:rPr>
          <w:rFonts w:ascii="Georgia" w:hAnsi="Georgia"/>
          <w:sz w:val="24"/>
          <w:szCs w:val="24"/>
        </w:rPr>
        <w:t>• “</w:t>
      </w:r>
      <w:proofErr w:type="spellStart"/>
      <w:r w:rsidRPr="00B70929">
        <w:rPr>
          <w:rFonts w:ascii="Georgia" w:hAnsi="Georgia"/>
          <w:sz w:val="24"/>
          <w:szCs w:val="24"/>
        </w:rPr>
        <w:t>L’elisir</w:t>
      </w:r>
      <w:proofErr w:type="spellEnd"/>
      <w:r w:rsidRPr="00B70929">
        <w:rPr>
          <w:rFonts w:ascii="Georgia" w:hAnsi="Georgia"/>
          <w:sz w:val="24"/>
          <w:szCs w:val="24"/>
        </w:rPr>
        <w:t xml:space="preserve"> d’amore” - Adina / Dulcamara - “</w:t>
      </w:r>
      <w:r w:rsidR="004C4E6E" w:rsidRPr="004840F8">
        <w:rPr>
          <w:rFonts w:ascii="Georgia" w:hAnsi="Georgia"/>
          <w:sz w:val="24"/>
          <w:szCs w:val="24"/>
        </w:rPr>
        <w:t>Come</w:t>
      </w:r>
      <w:r w:rsidR="004C4E6E" w:rsidRPr="004C4E6E">
        <w:rPr>
          <w:rFonts w:ascii="Georgia" w:hAnsi="Georgia"/>
          <w:sz w:val="24"/>
          <w:szCs w:val="24"/>
        </w:rPr>
        <w:t xml:space="preserve"> </w:t>
      </w:r>
      <w:proofErr w:type="spellStart"/>
      <w:r w:rsidR="004C4E6E" w:rsidRPr="004840F8">
        <w:rPr>
          <w:rFonts w:ascii="Georgia" w:hAnsi="Georgia"/>
          <w:sz w:val="24"/>
          <w:szCs w:val="24"/>
        </w:rPr>
        <w:t>sen</w:t>
      </w:r>
      <w:proofErr w:type="spellEnd"/>
      <w:r w:rsidR="004C4E6E" w:rsidRPr="004C4E6E">
        <w:rPr>
          <w:rFonts w:ascii="Georgia" w:hAnsi="Georgia"/>
          <w:sz w:val="24"/>
          <w:szCs w:val="24"/>
        </w:rPr>
        <w:t xml:space="preserve"> </w:t>
      </w:r>
      <w:proofErr w:type="spellStart"/>
      <w:r w:rsidR="004C4E6E" w:rsidRPr="004840F8">
        <w:rPr>
          <w:rFonts w:ascii="Georgia" w:hAnsi="Georgia"/>
          <w:sz w:val="24"/>
          <w:szCs w:val="24"/>
        </w:rPr>
        <w:t>va</w:t>
      </w:r>
      <w:proofErr w:type="spellEnd"/>
      <w:r w:rsidR="004C4E6E" w:rsidRPr="004C4E6E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="004C4E6E" w:rsidRPr="004840F8">
        <w:rPr>
          <w:rFonts w:ascii="Georgia" w:hAnsi="Georgia"/>
          <w:sz w:val="24"/>
          <w:szCs w:val="24"/>
        </w:rPr>
        <w:t>contento</w:t>
      </w:r>
      <w:proofErr w:type="spellEnd"/>
      <w:r w:rsidR="004C4E6E" w:rsidRPr="004C4E6E">
        <w:rPr>
          <w:rFonts w:ascii="Georgia" w:hAnsi="Georgia"/>
          <w:sz w:val="24"/>
          <w:szCs w:val="24"/>
        </w:rPr>
        <w:t>!…</w:t>
      </w:r>
      <w:proofErr w:type="gramEnd"/>
      <w:r w:rsidR="004C4E6E" w:rsidRPr="004C4E6E">
        <w:rPr>
          <w:rFonts w:ascii="Georgia" w:hAnsi="Georgia"/>
          <w:sz w:val="24"/>
          <w:szCs w:val="24"/>
        </w:rPr>
        <w:t xml:space="preserve"> </w:t>
      </w:r>
      <w:proofErr w:type="spellStart"/>
      <w:r w:rsidR="004C4E6E" w:rsidRPr="004840F8">
        <w:rPr>
          <w:rFonts w:ascii="Georgia" w:hAnsi="Georgia"/>
          <w:sz w:val="24"/>
          <w:szCs w:val="24"/>
        </w:rPr>
        <w:t>Quanto</w:t>
      </w:r>
      <w:proofErr w:type="spellEnd"/>
      <w:r w:rsidR="004C4E6E" w:rsidRPr="00FB4500">
        <w:rPr>
          <w:rFonts w:ascii="Georgia" w:hAnsi="Georgia"/>
          <w:sz w:val="24"/>
          <w:szCs w:val="24"/>
        </w:rPr>
        <w:t xml:space="preserve"> </w:t>
      </w:r>
      <w:r w:rsidR="004C4E6E" w:rsidRPr="004840F8">
        <w:rPr>
          <w:rFonts w:ascii="Georgia" w:hAnsi="Georgia"/>
          <w:sz w:val="24"/>
          <w:szCs w:val="24"/>
        </w:rPr>
        <w:t>amore</w:t>
      </w:r>
      <w:r w:rsidR="004C4E6E" w:rsidRPr="00FB4500">
        <w:rPr>
          <w:rFonts w:ascii="Georgia" w:hAnsi="Georgia"/>
          <w:sz w:val="24"/>
          <w:szCs w:val="24"/>
        </w:rPr>
        <w:t xml:space="preserve">! </w:t>
      </w:r>
      <w:r w:rsidR="004C4E6E" w:rsidRPr="004840F8">
        <w:rPr>
          <w:rFonts w:ascii="Georgia" w:hAnsi="Georgia"/>
          <w:sz w:val="24"/>
          <w:szCs w:val="24"/>
        </w:rPr>
        <w:t>ed</w:t>
      </w:r>
      <w:r w:rsidR="004C4E6E" w:rsidRPr="004840F8">
        <w:rPr>
          <w:rFonts w:ascii="Georgia" w:hAnsi="Georgia"/>
          <w:sz w:val="24"/>
          <w:szCs w:val="24"/>
          <w:lang w:val="ru-RU"/>
        </w:rPr>
        <w:t xml:space="preserve"> </w:t>
      </w:r>
      <w:r w:rsidR="004C4E6E" w:rsidRPr="004840F8">
        <w:rPr>
          <w:rFonts w:ascii="Georgia" w:hAnsi="Georgia"/>
          <w:sz w:val="24"/>
          <w:szCs w:val="24"/>
        </w:rPr>
        <w:t>io</w:t>
      </w:r>
      <w:r w:rsidR="004C4E6E" w:rsidRPr="004840F8">
        <w:rPr>
          <w:rFonts w:ascii="Georgia" w:hAnsi="Georgia"/>
          <w:sz w:val="24"/>
          <w:szCs w:val="24"/>
          <w:lang w:val="ru-RU"/>
        </w:rPr>
        <w:t xml:space="preserve">, </w:t>
      </w:r>
      <w:proofErr w:type="spellStart"/>
      <w:r w:rsidR="004C4E6E" w:rsidRPr="004840F8">
        <w:rPr>
          <w:rFonts w:ascii="Georgia" w:hAnsi="Georgia"/>
          <w:sz w:val="24"/>
          <w:szCs w:val="24"/>
        </w:rPr>
        <w:t>spietata</w:t>
      </w:r>
      <w:proofErr w:type="spellEnd"/>
      <w:r w:rsidR="004C4E6E" w:rsidRPr="004840F8">
        <w:rPr>
          <w:rFonts w:ascii="Georgia" w:hAnsi="Georgia"/>
          <w:sz w:val="24"/>
          <w:szCs w:val="24"/>
          <w:lang w:val="ru-RU"/>
        </w:rPr>
        <w:t>!</w:t>
      </w:r>
      <w:r w:rsidRPr="00B70929">
        <w:rPr>
          <w:rFonts w:ascii="Georgia" w:hAnsi="Georgia"/>
          <w:sz w:val="24"/>
          <w:szCs w:val="24"/>
        </w:rPr>
        <w:t>” - soprano / bass</w:t>
      </w:r>
    </w:p>
    <w:p w14:paraId="5A3EEBE8" w14:textId="77777777" w:rsidR="00BC0920" w:rsidRPr="00B70929" w:rsidRDefault="00000000">
      <w:pPr>
        <w:keepLines/>
        <w:spacing w:after="40"/>
        <w:rPr>
          <w:rFonts w:ascii="Georgia" w:hAnsi="Georgia"/>
          <w:sz w:val="24"/>
          <w:szCs w:val="24"/>
        </w:rPr>
      </w:pPr>
      <w:r w:rsidRPr="00B70929">
        <w:rPr>
          <w:rFonts w:ascii="Georgia" w:hAnsi="Georgia"/>
          <w:sz w:val="24"/>
          <w:szCs w:val="24"/>
        </w:rPr>
        <w:t>• “</w:t>
      </w:r>
      <w:proofErr w:type="spellStart"/>
      <w:r w:rsidRPr="00B70929">
        <w:rPr>
          <w:rFonts w:ascii="Georgia" w:hAnsi="Georgia"/>
          <w:sz w:val="24"/>
          <w:szCs w:val="24"/>
        </w:rPr>
        <w:t>L’elisir</w:t>
      </w:r>
      <w:proofErr w:type="spellEnd"/>
      <w:r w:rsidRPr="00B70929">
        <w:rPr>
          <w:rFonts w:ascii="Georgia" w:hAnsi="Georgia"/>
          <w:sz w:val="24"/>
          <w:szCs w:val="24"/>
        </w:rPr>
        <w:t xml:space="preserve"> d’amore” - Nemorino / Adina - “Caro </w:t>
      </w:r>
      <w:proofErr w:type="spellStart"/>
      <w:r w:rsidRPr="00B70929">
        <w:rPr>
          <w:rFonts w:ascii="Georgia" w:hAnsi="Georgia"/>
          <w:sz w:val="24"/>
          <w:szCs w:val="24"/>
        </w:rPr>
        <w:t>elisir</w:t>
      </w:r>
      <w:proofErr w:type="spellEnd"/>
      <w:r w:rsidRPr="00B70929">
        <w:rPr>
          <w:rFonts w:ascii="Georgia" w:hAnsi="Georgia"/>
          <w:sz w:val="24"/>
          <w:szCs w:val="24"/>
        </w:rPr>
        <w:t xml:space="preserve">! sei </w:t>
      </w:r>
      <w:proofErr w:type="spellStart"/>
      <w:proofErr w:type="gramStart"/>
      <w:r w:rsidRPr="00B70929">
        <w:rPr>
          <w:rFonts w:ascii="Georgia" w:hAnsi="Georgia"/>
          <w:sz w:val="24"/>
          <w:szCs w:val="24"/>
        </w:rPr>
        <w:t>mio</w:t>
      </w:r>
      <w:proofErr w:type="spellEnd"/>
      <w:r w:rsidRPr="00B70929">
        <w:rPr>
          <w:rFonts w:ascii="Georgia" w:hAnsi="Georgia"/>
          <w:sz w:val="24"/>
          <w:szCs w:val="24"/>
        </w:rPr>
        <w:t>!…</w:t>
      </w:r>
      <w:proofErr w:type="gramEnd"/>
      <w:r w:rsidRPr="00B70929">
        <w:rPr>
          <w:rFonts w:ascii="Georgia" w:hAnsi="Georgia"/>
          <w:sz w:val="24"/>
          <w:szCs w:val="24"/>
        </w:rPr>
        <w:t xml:space="preserve"> </w:t>
      </w:r>
      <w:proofErr w:type="spellStart"/>
      <w:r w:rsidRPr="00B70929">
        <w:rPr>
          <w:rFonts w:ascii="Georgia" w:hAnsi="Georgia"/>
          <w:sz w:val="24"/>
          <w:szCs w:val="24"/>
        </w:rPr>
        <w:t>Esulti</w:t>
      </w:r>
      <w:proofErr w:type="spellEnd"/>
      <w:r w:rsidRPr="00B70929">
        <w:rPr>
          <w:rFonts w:ascii="Georgia" w:hAnsi="Georgia"/>
          <w:sz w:val="24"/>
          <w:szCs w:val="24"/>
        </w:rPr>
        <w:t xml:space="preserve"> </w:t>
      </w:r>
      <w:proofErr w:type="spellStart"/>
      <w:r w:rsidRPr="00B70929">
        <w:rPr>
          <w:rFonts w:ascii="Georgia" w:hAnsi="Georgia"/>
          <w:sz w:val="24"/>
          <w:szCs w:val="24"/>
        </w:rPr>
        <w:t>pur</w:t>
      </w:r>
      <w:proofErr w:type="spellEnd"/>
      <w:r w:rsidRPr="00B70929">
        <w:rPr>
          <w:rFonts w:ascii="Georgia" w:hAnsi="Georgia"/>
          <w:sz w:val="24"/>
          <w:szCs w:val="24"/>
        </w:rPr>
        <w:t xml:space="preserve"> la </w:t>
      </w:r>
      <w:proofErr w:type="spellStart"/>
      <w:r w:rsidRPr="00B70929">
        <w:rPr>
          <w:rFonts w:ascii="Georgia" w:hAnsi="Georgia"/>
          <w:sz w:val="24"/>
          <w:szCs w:val="24"/>
        </w:rPr>
        <w:t>barbara</w:t>
      </w:r>
      <w:proofErr w:type="spellEnd"/>
      <w:r w:rsidRPr="00B70929">
        <w:rPr>
          <w:rFonts w:ascii="Georgia" w:hAnsi="Georgia"/>
          <w:sz w:val="24"/>
          <w:szCs w:val="24"/>
        </w:rPr>
        <w:t>” - tenor / soprano</w:t>
      </w:r>
    </w:p>
    <w:p w14:paraId="783A9971" w14:textId="77777777" w:rsidR="00BC0920" w:rsidRPr="00B70929" w:rsidRDefault="00000000">
      <w:pPr>
        <w:keepLines/>
        <w:spacing w:after="40"/>
        <w:rPr>
          <w:rFonts w:ascii="Georgia" w:hAnsi="Georgia"/>
          <w:sz w:val="24"/>
          <w:szCs w:val="24"/>
        </w:rPr>
      </w:pPr>
      <w:r w:rsidRPr="00B70929">
        <w:rPr>
          <w:rFonts w:ascii="Georgia" w:hAnsi="Georgia"/>
          <w:sz w:val="24"/>
          <w:szCs w:val="24"/>
        </w:rPr>
        <w:t>• “Don Pasquale” - Don Pasquale / Malatesta - “</w:t>
      </w:r>
      <w:proofErr w:type="spellStart"/>
      <w:r w:rsidRPr="00B70929">
        <w:rPr>
          <w:rFonts w:ascii="Georgia" w:hAnsi="Georgia"/>
          <w:sz w:val="24"/>
          <w:szCs w:val="24"/>
        </w:rPr>
        <w:t>Cheti</w:t>
      </w:r>
      <w:proofErr w:type="spellEnd"/>
      <w:r w:rsidRPr="00B70929">
        <w:rPr>
          <w:rFonts w:ascii="Georgia" w:hAnsi="Georgia"/>
          <w:sz w:val="24"/>
          <w:szCs w:val="24"/>
        </w:rPr>
        <w:t xml:space="preserve">, </w:t>
      </w:r>
      <w:proofErr w:type="spellStart"/>
      <w:r w:rsidRPr="00B70929">
        <w:rPr>
          <w:rFonts w:ascii="Georgia" w:hAnsi="Georgia"/>
          <w:sz w:val="24"/>
          <w:szCs w:val="24"/>
        </w:rPr>
        <w:t>cheti</w:t>
      </w:r>
      <w:proofErr w:type="spellEnd"/>
      <w:r w:rsidRPr="00B70929">
        <w:rPr>
          <w:rFonts w:ascii="Georgia" w:hAnsi="Georgia"/>
          <w:sz w:val="24"/>
          <w:szCs w:val="24"/>
        </w:rPr>
        <w:t xml:space="preserve">, </w:t>
      </w:r>
      <w:proofErr w:type="spellStart"/>
      <w:r w:rsidRPr="00B70929">
        <w:rPr>
          <w:rFonts w:ascii="Georgia" w:hAnsi="Georgia"/>
          <w:sz w:val="24"/>
          <w:szCs w:val="24"/>
        </w:rPr>
        <w:t>immantinente</w:t>
      </w:r>
      <w:proofErr w:type="spellEnd"/>
      <w:r w:rsidRPr="00B70929">
        <w:rPr>
          <w:rFonts w:ascii="Georgia" w:hAnsi="Georgia"/>
          <w:sz w:val="24"/>
          <w:szCs w:val="24"/>
        </w:rPr>
        <w:t>” - bass / baritone</w:t>
      </w:r>
    </w:p>
    <w:p w14:paraId="7B1D89A5" w14:textId="1EE5D59E" w:rsidR="00BC0920" w:rsidRPr="00B70929" w:rsidRDefault="00000000">
      <w:pPr>
        <w:keepLines/>
        <w:spacing w:after="40"/>
        <w:rPr>
          <w:rFonts w:ascii="Georgia" w:hAnsi="Georgia"/>
          <w:sz w:val="24"/>
          <w:szCs w:val="24"/>
        </w:rPr>
      </w:pPr>
      <w:r w:rsidRPr="00B70929">
        <w:rPr>
          <w:rFonts w:ascii="Georgia" w:hAnsi="Georgia"/>
          <w:sz w:val="24"/>
          <w:szCs w:val="24"/>
        </w:rPr>
        <w:t xml:space="preserve">• “Don Pasquale” - </w:t>
      </w:r>
      <w:proofErr w:type="spellStart"/>
      <w:r w:rsidRPr="00B70929">
        <w:rPr>
          <w:rFonts w:ascii="Georgia" w:hAnsi="Georgia"/>
          <w:sz w:val="24"/>
          <w:szCs w:val="24"/>
        </w:rPr>
        <w:t>Norina</w:t>
      </w:r>
      <w:proofErr w:type="spellEnd"/>
      <w:r w:rsidRPr="00B70929">
        <w:rPr>
          <w:rFonts w:ascii="Georgia" w:hAnsi="Georgia"/>
          <w:sz w:val="24"/>
          <w:szCs w:val="24"/>
        </w:rPr>
        <w:t xml:space="preserve"> / Malatesta - “</w:t>
      </w:r>
      <w:proofErr w:type="spellStart"/>
      <w:r w:rsidRPr="00B70929">
        <w:rPr>
          <w:rFonts w:ascii="Georgia" w:hAnsi="Georgia"/>
          <w:sz w:val="24"/>
          <w:szCs w:val="24"/>
        </w:rPr>
        <w:t>Pronta</w:t>
      </w:r>
      <w:proofErr w:type="spellEnd"/>
      <w:r w:rsidRPr="00B70929">
        <w:rPr>
          <w:rFonts w:ascii="Georgia" w:hAnsi="Georgia"/>
          <w:sz w:val="24"/>
          <w:szCs w:val="24"/>
        </w:rPr>
        <w:t xml:space="preserve"> io son” - soprano / baritone</w:t>
      </w:r>
    </w:p>
    <w:p w14:paraId="37367A0D" w14:textId="77777777" w:rsidR="00BC0920" w:rsidRPr="00B70929" w:rsidRDefault="00000000">
      <w:pPr>
        <w:keepLines/>
        <w:spacing w:after="40"/>
        <w:rPr>
          <w:rFonts w:ascii="Georgia" w:hAnsi="Georgia"/>
          <w:sz w:val="24"/>
          <w:szCs w:val="24"/>
        </w:rPr>
      </w:pPr>
      <w:r w:rsidRPr="00B70929">
        <w:rPr>
          <w:rFonts w:ascii="Georgia" w:hAnsi="Georgia"/>
          <w:sz w:val="24"/>
          <w:szCs w:val="24"/>
        </w:rPr>
        <w:t xml:space="preserve">• “Anna </w:t>
      </w:r>
      <w:proofErr w:type="spellStart"/>
      <w:r w:rsidRPr="00B70929">
        <w:rPr>
          <w:rFonts w:ascii="Georgia" w:hAnsi="Georgia"/>
          <w:sz w:val="24"/>
          <w:szCs w:val="24"/>
        </w:rPr>
        <w:t>Bolena</w:t>
      </w:r>
      <w:proofErr w:type="spellEnd"/>
      <w:r w:rsidRPr="00B70929">
        <w:rPr>
          <w:rFonts w:ascii="Georgia" w:hAnsi="Georgia"/>
          <w:sz w:val="24"/>
          <w:szCs w:val="24"/>
        </w:rPr>
        <w:t xml:space="preserve">” - Anna / Giovanna Seymour - “Sul </w:t>
      </w:r>
      <w:proofErr w:type="spellStart"/>
      <w:r w:rsidRPr="00B70929">
        <w:rPr>
          <w:rFonts w:ascii="Georgia" w:hAnsi="Georgia"/>
          <w:sz w:val="24"/>
          <w:szCs w:val="24"/>
        </w:rPr>
        <w:t>suo</w:t>
      </w:r>
      <w:proofErr w:type="spellEnd"/>
      <w:r w:rsidRPr="00B70929">
        <w:rPr>
          <w:rFonts w:ascii="Georgia" w:hAnsi="Georgia"/>
          <w:sz w:val="24"/>
          <w:szCs w:val="24"/>
        </w:rPr>
        <w:t xml:space="preserve"> capo </w:t>
      </w:r>
      <w:proofErr w:type="spellStart"/>
      <w:r w:rsidRPr="00B70929">
        <w:rPr>
          <w:rFonts w:ascii="Georgia" w:hAnsi="Georgia"/>
          <w:sz w:val="24"/>
          <w:szCs w:val="24"/>
        </w:rPr>
        <w:t>aggravi</w:t>
      </w:r>
      <w:proofErr w:type="spellEnd"/>
      <w:r w:rsidRPr="00B70929">
        <w:rPr>
          <w:rFonts w:ascii="Georgia" w:hAnsi="Georgia"/>
          <w:sz w:val="24"/>
          <w:szCs w:val="24"/>
        </w:rPr>
        <w:t xml:space="preserve"> </w:t>
      </w:r>
      <w:proofErr w:type="gramStart"/>
      <w:r w:rsidRPr="00B70929">
        <w:rPr>
          <w:rFonts w:ascii="Georgia" w:hAnsi="Georgia"/>
          <w:sz w:val="24"/>
          <w:szCs w:val="24"/>
        </w:rPr>
        <w:t>un Dio</w:t>
      </w:r>
      <w:proofErr w:type="gramEnd"/>
      <w:r w:rsidRPr="00B70929">
        <w:rPr>
          <w:rFonts w:ascii="Georgia" w:hAnsi="Georgia"/>
          <w:sz w:val="24"/>
          <w:szCs w:val="24"/>
        </w:rPr>
        <w:t>” - soprano / mezzo-soprano</w:t>
      </w:r>
    </w:p>
    <w:p w14:paraId="3FF508FC" w14:textId="734FC7F3" w:rsidR="00BC0920" w:rsidRPr="00984010" w:rsidRDefault="00000000">
      <w:pPr>
        <w:keepLines/>
        <w:spacing w:after="40"/>
        <w:rPr>
          <w:rFonts w:ascii="Georgia" w:hAnsi="Georgia"/>
          <w:sz w:val="24"/>
          <w:szCs w:val="24"/>
        </w:rPr>
      </w:pPr>
      <w:r w:rsidRPr="00B70929">
        <w:rPr>
          <w:rFonts w:ascii="Georgia" w:hAnsi="Georgia"/>
          <w:sz w:val="24"/>
          <w:szCs w:val="24"/>
        </w:rPr>
        <w:t xml:space="preserve">• “Anna </w:t>
      </w:r>
      <w:proofErr w:type="spellStart"/>
      <w:r w:rsidRPr="00B70929">
        <w:rPr>
          <w:rFonts w:ascii="Georgia" w:hAnsi="Georgia"/>
          <w:sz w:val="24"/>
          <w:szCs w:val="24"/>
        </w:rPr>
        <w:t>Bolena</w:t>
      </w:r>
      <w:proofErr w:type="spellEnd"/>
      <w:r w:rsidRPr="00B70929">
        <w:rPr>
          <w:rFonts w:ascii="Georgia" w:hAnsi="Georgia"/>
          <w:sz w:val="24"/>
          <w:szCs w:val="24"/>
        </w:rPr>
        <w:t>” - Giovanna Seymour / Henry VIII - “</w:t>
      </w:r>
      <w:proofErr w:type="spellStart"/>
      <w:r w:rsidR="00FB4500" w:rsidRPr="004840F8">
        <w:rPr>
          <w:rFonts w:ascii="Georgia" w:hAnsi="Georgia"/>
          <w:sz w:val="24"/>
          <w:szCs w:val="24"/>
        </w:rPr>
        <w:t>Tremate</w:t>
      </w:r>
      <w:proofErr w:type="spellEnd"/>
      <w:r w:rsidR="00FB4500" w:rsidRPr="00FB4500">
        <w:rPr>
          <w:rFonts w:ascii="Georgia" w:hAnsi="Georgia"/>
          <w:sz w:val="24"/>
          <w:szCs w:val="24"/>
        </w:rPr>
        <w:t xml:space="preserve"> </w:t>
      </w:r>
      <w:proofErr w:type="spellStart"/>
      <w:proofErr w:type="gramStart"/>
      <w:r w:rsidR="00FB4500" w:rsidRPr="004840F8">
        <w:rPr>
          <w:rFonts w:ascii="Georgia" w:hAnsi="Georgia"/>
          <w:sz w:val="24"/>
          <w:szCs w:val="24"/>
        </w:rPr>
        <w:t>voi</w:t>
      </w:r>
      <w:proofErr w:type="spellEnd"/>
      <w:r w:rsidR="00FB4500" w:rsidRPr="00FB4500">
        <w:rPr>
          <w:rFonts w:ascii="Georgia" w:hAnsi="Georgia"/>
          <w:sz w:val="24"/>
          <w:szCs w:val="24"/>
        </w:rPr>
        <w:t>?…</w:t>
      </w:r>
      <w:proofErr w:type="gramEnd"/>
      <w:r w:rsidR="00FB4500" w:rsidRPr="00FB4500">
        <w:rPr>
          <w:rFonts w:ascii="Georgia" w:hAnsi="Georgia"/>
          <w:sz w:val="24"/>
          <w:szCs w:val="24"/>
        </w:rPr>
        <w:t xml:space="preserve"> </w:t>
      </w:r>
      <w:r w:rsidR="00FB4500" w:rsidRPr="004840F8">
        <w:rPr>
          <w:rFonts w:ascii="Georgia" w:hAnsi="Georgia"/>
          <w:sz w:val="24"/>
          <w:szCs w:val="24"/>
        </w:rPr>
        <w:t>S</w:t>
      </w:r>
      <w:r w:rsidR="00FB4500" w:rsidRPr="004840F8">
        <w:rPr>
          <w:rFonts w:ascii="Georgia" w:hAnsi="Georgia"/>
          <w:sz w:val="24"/>
          <w:szCs w:val="24"/>
          <w:lang w:val="ru-RU"/>
        </w:rPr>
        <w:t xml:space="preserve">ì, </w:t>
      </w:r>
      <w:proofErr w:type="spellStart"/>
      <w:r w:rsidR="00FB4500" w:rsidRPr="004840F8">
        <w:rPr>
          <w:rFonts w:ascii="Georgia" w:hAnsi="Georgia"/>
          <w:sz w:val="24"/>
          <w:szCs w:val="24"/>
        </w:rPr>
        <w:t>tremo</w:t>
      </w:r>
      <w:proofErr w:type="spellEnd"/>
      <w:r w:rsidR="00FB4500" w:rsidRPr="004840F8">
        <w:rPr>
          <w:rFonts w:ascii="Georgia" w:hAnsi="Georgia"/>
          <w:sz w:val="24"/>
          <w:szCs w:val="24"/>
          <w:lang w:val="ru-RU"/>
        </w:rPr>
        <w:t xml:space="preserve">… </w:t>
      </w:r>
      <w:proofErr w:type="spellStart"/>
      <w:r w:rsidR="00FB4500" w:rsidRPr="004840F8">
        <w:rPr>
          <w:rFonts w:ascii="Georgia" w:hAnsi="Georgia"/>
          <w:sz w:val="24"/>
          <w:szCs w:val="24"/>
        </w:rPr>
        <w:t>Fama</w:t>
      </w:r>
      <w:proofErr w:type="spellEnd"/>
      <w:r w:rsidR="00FB4500" w:rsidRPr="004840F8">
        <w:rPr>
          <w:rFonts w:ascii="Georgia" w:hAnsi="Georgia"/>
          <w:sz w:val="24"/>
          <w:szCs w:val="24"/>
          <w:lang w:val="ru-RU"/>
        </w:rPr>
        <w:t xml:space="preserve">! </w:t>
      </w:r>
      <w:r w:rsidR="00FB4500" w:rsidRPr="004840F8">
        <w:rPr>
          <w:rFonts w:ascii="Georgia" w:hAnsi="Georgia"/>
          <w:sz w:val="24"/>
          <w:szCs w:val="24"/>
        </w:rPr>
        <w:t>S</w:t>
      </w:r>
      <w:r w:rsidR="00FB4500" w:rsidRPr="004840F8">
        <w:rPr>
          <w:rFonts w:ascii="Georgia" w:hAnsi="Georgia"/>
          <w:sz w:val="24"/>
          <w:szCs w:val="24"/>
          <w:lang w:val="ru-RU"/>
        </w:rPr>
        <w:t xml:space="preserve">ì: </w:t>
      </w:r>
      <w:r w:rsidR="00FB4500" w:rsidRPr="004840F8">
        <w:rPr>
          <w:rFonts w:ascii="Georgia" w:hAnsi="Georgia"/>
          <w:sz w:val="24"/>
          <w:szCs w:val="24"/>
        </w:rPr>
        <w:t>l</w:t>
      </w:r>
      <w:r w:rsidR="00FB4500" w:rsidRPr="004840F8">
        <w:rPr>
          <w:rFonts w:ascii="Georgia" w:hAnsi="Georgia"/>
          <w:sz w:val="24"/>
          <w:szCs w:val="24"/>
          <w:lang w:val="ru-RU"/>
        </w:rPr>
        <w:t>’</w:t>
      </w:r>
      <w:proofErr w:type="spellStart"/>
      <w:r w:rsidR="00FB4500" w:rsidRPr="004840F8">
        <w:rPr>
          <w:rFonts w:ascii="Georgia" w:hAnsi="Georgia"/>
          <w:sz w:val="24"/>
          <w:szCs w:val="24"/>
        </w:rPr>
        <w:t>avrete</w:t>
      </w:r>
      <w:proofErr w:type="spellEnd"/>
      <w:r w:rsidR="00FB4500" w:rsidRPr="004840F8">
        <w:rPr>
          <w:rFonts w:ascii="Georgia" w:hAnsi="Georgia"/>
          <w:sz w:val="24"/>
          <w:szCs w:val="24"/>
          <w:lang w:val="ru-RU"/>
        </w:rPr>
        <w:t>…</w:t>
      </w:r>
      <w:r w:rsidRPr="00B70929">
        <w:rPr>
          <w:rFonts w:ascii="Georgia" w:hAnsi="Georgia"/>
          <w:sz w:val="24"/>
          <w:szCs w:val="24"/>
        </w:rPr>
        <w:t>” - mezzo-soprano / bass</w:t>
      </w:r>
    </w:p>
    <w:p w14:paraId="4924CA47" w14:textId="361554CA" w:rsidR="00984010" w:rsidRPr="00984010" w:rsidRDefault="00984010">
      <w:pPr>
        <w:keepLines/>
        <w:spacing w:after="40"/>
        <w:rPr>
          <w:rFonts w:ascii="Georgia" w:hAnsi="Georgia"/>
          <w:sz w:val="24"/>
          <w:szCs w:val="24"/>
        </w:rPr>
      </w:pPr>
      <w:r w:rsidRPr="00984010">
        <w:rPr>
          <w:rFonts w:ascii="Georgia" w:hAnsi="Georgia"/>
          <w:sz w:val="24"/>
          <w:szCs w:val="24"/>
        </w:rPr>
        <w:t>• “Lucia di Lammermoor” - Lucia / Enrico - “</w:t>
      </w:r>
      <w:r w:rsidR="00FB4500" w:rsidRPr="004840F8">
        <w:rPr>
          <w:rFonts w:ascii="Georgia" w:eastAsia="Georgia" w:hAnsi="Georgia"/>
          <w:sz w:val="24"/>
          <w:szCs w:val="24"/>
        </w:rPr>
        <w:t>Il</w:t>
      </w:r>
      <w:r w:rsidR="00FB4500" w:rsidRPr="00FB4500">
        <w:rPr>
          <w:rFonts w:ascii="Georgia" w:eastAsia="Georgia" w:hAnsi="Georgia"/>
          <w:sz w:val="24"/>
          <w:szCs w:val="24"/>
        </w:rPr>
        <w:t xml:space="preserve"> </w:t>
      </w:r>
      <w:r w:rsidR="00FB4500" w:rsidRPr="004840F8">
        <w:rPr>
          <w:rFonts w:ascii="Georgia" w:eastAsia="Georgia" w:hAnsi="Georgia"/>
          <w:sz w:val="24"/>
          <w:szCs w:val="24"/>
        </w:rPr>
        <w:t>pallor</w:t>
      </w:r>
      <w:r w:rsidR="00FB4500" w:rsidRPr="00FB4500">
        <w:rPr>
          <w:rFonts w:ascii="Georgia" w:eastAsia="Georgia" w:hAnsi="Georgia"/>
          <w:sz w:val="24"/>
          <w:szCs w:val="24"/>
        </w:rPr>
        <w:t xml:space="preserve"> </w:t>
      </w:r>
      <w:proofErr w:type="spellStart"/>
      <w:r w:rsidR="00FB4500" w:rsidRPr="004840F8">
        <w:rPr>
          <w:rFonts w:ascii="Georgia" w:eastAsia="Georgia" w:hAnsi="Georgia"/>
          <w:sz w:val="24"/>
          <w:szCs w:val="24"/>
        </w:rPr>
        <w:t>funesto</w:t>
      </w:r>
      <w:proofErr w:type="spellEnd"/>
      <w:r w:rsidR="00FB4500" w:rsidRPr="00FB4500">
        <w:rPr>
          <w:rFonts w:ascii="Georgia" w:eastAsia="Georgia" w:hAnsi="Georgia"/>
          <w:sz w:val="24"/>
          <w:szCs w:val="24"/>
        </w:rPr>
        <w:t xml:space="preserve">, </w:t>
      </w:r>
      <w:proofErr w:type="spellStart"/>
      <w:r w:rsidR="00FB4500" w:rsidRPr="004840F8">
        <w:rPr>
          <w:rFonts w:ascii="Georgia" w:eastAsia="Georgia" w:hAnsi="Georgia"/>
          <w:sz w:val="24"/>
          <w:szCs w:val="24"/>
        </w:rPr>
        <w:t>orrendo</w:t>
      </w:r>
      <w:proofErr w:type="spellEnd"/>
      <w:r w:rsidR="00FB4500" w:rsidRPr="00FB4500">
        <w:rPr>
          <w:rFonts w:ascii="Georgia" w:eastAsia="Georgia" w:hAnsi="Georgia"/>
          <w:sz w:val="24"/>
          <w:szCs w:val="24"/>
        </w:rPr>
        <w:t xml:space="preserve">… </w:t>
      </w:r>
      <w:proofErr w:type="spellStart"/>
      <w:r w:rsidR="00FB4500" w:rsidRPr="004840F8">
        <w:rPr>
          <w:rFonts w:ascii="Georgia" w:eastAsia="Georgia" w:hAnsi="Georgia"/>
          <w:sz w:val="24"/>
          <w:szCs w:val="24"/>
        </w:rPr>
        <w:t>Soffriva</w:t>
      </w:r>
      <w:proofErr w:type="spellEnd"/>
      <w:r w:rsidR="00FB4500" w:rsidRPr="004840F8">
        <w:rPr>
          <w:rFonts w:ascii="Georgia" w:eastAsia="Georgia" w:hAnsi="Georgia"/>
          <w:sz w:val="24"/>
          <w:szCs w:val="24"/>
        </w:rPr>
        <w:t xml:space="preserve"> </w:t>
      </w:r>
      <w:proofErr w:type="spellStart"/>
      <w:r w:rsidR="00FB4500" w:rsidRPr="004840F8">
        <w:rPr>
          <w:rFonts w:ascii="Georgia" w:eastAsia="Georgia" w:hAnsi="Georgia"/>
          <w:sz w:val="24"/>
          <w:szCs w:val="24"/>
        </w:rPr>
        <w:t>nel</w:t>
      </w:r>
      <w:proofErr w:type="spellEnd"/>
      <w:r w:rsidR="00FB4500" w:rsidRPr="004840F8">
        <w:rPr>
          <w:rFonts w:ascii="Georgia" w:eastAsia="Georgia" w:hAnsi="Georgia"/>
          <w:sz w:val="24"/>
          <w:szCs w:val="24"/>
        </w:rPr>
        <w:t xml:space="preserve"> </w:t>
      </w:r>
      <w:proofErr w:type="spellStart"/>
      <w:r w:rsidR="00FB4500" w:rsidRPr="004840F8">
        <w:rPr>
          <w:rFonts w:ascii="Georgia" w:eastAsia="Georgia" w:hAnsi="Georgia"/>
          <w:sz w:val="24"/>
          <w:szCs w:val="24"/>
        </w:rPr>
        <w:t>pianto</w:t>
      </w:r>
      <w:proofErr w:type="spellEnd"/>
      <w:r w:rsidR="00FB4500" w:rsidRPr="004840F8">
        <w:rPr>
          <w:rFonts w:ascii="Georgia" w:eastAsia="Georgia" w:hAnsi="Georgia"/>
          <w:sz w:val="24"/>
          <w:szCs w:val="24"/>
        </w:rPr>
        <w:t xml:space="preserve">… Se </w:t>
      </w:r>
      <w:proofErr w:type="spellStart"/>
      <w:r w:rsidR="00FB4500" w:rsidRPr="004840F8">
        <w:rPr>
          <w:rFonts w:ascii="Georgia" w:eastAsia="Georgia" w:hAnsi="Georgia"/>
          <w:sz w:val="24"/>
          <w:szCs w:val="24"/>
        </w:rPr>
        <w:t>tradirmi</w:t>
      </w:r>
      <w:proofErr w:type="spellEnd"/>
      <w:r w:rsidR="00FB4500" w:rsidRPr="004840F8">
        <w:rPr>
          <w:rFonts w:ascii="Georgia" w:eastAsia="Georgia" w:hAnsi="Georgia"/>
          <w:sz w:val="24"/>
          <w:szCs w:val="24"/>
        </w:rPr>
        <w:t xml:space="preserve"> </w:t>
      </w:r>
      <w:proofErr w:type="spellStart"/>
      <w:r w:rsidR="00FB4500" w:rsidRPr="004840F8">
        <w:rPr>
          <w:rFonts w:ascii="Georgia" w:eastAsia="Georgia" w:hAnsi="Georgia"/>
          <w:sz w:val="24"/>
          <w:szCs w:val="24"/>
        </w:rPr>
        <w:t>tu</w:t>
      </w:r>
      <w:proofErr w:type="spellEnd"/>
      <w:r w:rsidR="00FB4500" w:rsidRPr="004840F8">
        <w:rPr>
          <w:rFonts w:ascii="Georgia" w:eastAsia="Georgia" w:hAnsi="Georgia"/>
          <w:sz w:val="24"/>
          <w:szCs w:val="24"/>
        </w:rPr>
        <w:t xml:space="preserve"> </w:t>
      </w:r>
      <w:proofErr w:type="spellStart"/>
      <w:r w:rsidR="00FB4500" w:rsidRPr="004840F8">
        <w:rPr>
          <w:rFonts w:ascii="Georgia" w:eastAsia="Georgia" w:hAnsi="Georgia"/>
          <w:sz w:val="24"/>
          <w:szCs w:val="24"/>
        </w:rPr>
        <w:t>potrai</w:t>
      </w:r>
      <w:proofErr w:type="spellEnd"/>
      <w:r w:rsidRPr="00984010">
        <w:rPr>
          <w:rFonts w:ascii="Georgia" w:hAnsi="Georgia"/>
          <w:sz w:val="24"/>
          <w:szCs w:val="24"/>
        </w:rPr>
        <w:t>” - soprano / baritone</w:t>
      </w:r>
    </w:p>
    <w:p w14:paraId="1BCBE7FE" w14:textId="77777777" w:rsidR="00BC0920" w:rsidRPr="00B70929" w:rsidRDefault="00000000">
      <w:pPr>
        <w:spacing w:before="80" w:after="20"/>
        <w:rPr>
          <w:rFonts w:ascii="Georgia" w:hAnsi="Georgia"/>
          <w:sz w:val="24"/>
          <w:szCs w:val="24"/>
        </w:rPr>
      </w:pPr>
      <w:r w:rsidRPr="00B70929">
        <w:rPr>
          <w:rFonts w:ascii="Georgia" w:hAnsi="Georgia"/>
          <w:b/>
          <w:sz w:val="24"/>
          <w:szCs w:val="24"/>
        </w:rPr>
        <w:t>Vincenzo Bellini</w:t>
      </w:r>
    </w:p>
    <w:p w14:paraId="788FBB42" w14:textId="77777777" w:rsidR="00BC0920" w:rsidRPr="00B70929" w:rsidRDefault="00000000">
      <w:pPr>
        <w:keepLines/>
        <w:spacing w:after="40"/>
        <w:rPr>
          <w:rFonts w:ascii="Georgia" w:hAnsi="Georgia"/>
          <w:sz w:val="24"/>
          <w:szCs w:val="24"/>
        </w:rPr>
      </w:pPr>
      <w:r w:rsidRPr="00B70929">
        <w:rPr>
          <w:rFonts w:ascii="Georgia" w:hAnsi="Georgia"/>
          <w:sz w:val="24"/>
          <w:szCs w:val="24"/>
        </w:rPr>
        <w:t xml:space="preserve">• “Norma” - Norma / </w:t>
      </w:r>
      <w:proofErr w:type="spellStart"/>
      <w:r w:rsidRPr="00B70929">
        <w:rPr>
          <w:rFonts w:ascii="Georgia" w:hAnsi="Georgia"/>
          <w:sz w:val="24"/>
          <w:szCs w:val="24"/>
        </w:rPr>
        <w:t>Adalgiza</w:t>
      </w:r>
      <w:proofErr w:type="spellEnd"/>
      <w:r w:rsidRPr="00B70929">
        <w:rPr>
          <w:rFonts w:ascii="Georgia" w:hAnsi="Georgia"/>
          <w:sz w:val="24"/>
          <w:szCs w:val="24"/>
        </w:rPr>
        <w:t xml:space="preserve"> - “Mira, o Norma” - soprano / mezzo-soprano</w:t>
      </w:r>
    </w:p>
    <w:p w14:paraId="23D79571" w14:textId="77777777" w:rsidR="00BC0920" w:rsidRPr="00B70929" w:rsidRDefault="00000000">
      <w:pPr>
        <w:spacing w:before="80" w:after="20"/>
        <w:rPr>
          <w:rFonts w:ascii="Georgia" w:hAnsi="Georgia"/>
          <w:sz w:val="24"/>
          <w:szCs w:val="24"/>
        </w:rPr>
      </w:pPr>
      <w:r w:rsidRPr="00B70929">
        <w:rPr>
          <w:rFonts w:ascii="Georgia" w:hAnsi="Georgia"/>
          <w:b/>
          <w:sz w:val="24"/>
          <w:szCs w:val="24"/>
        </w:rPr>
        <w:t>Giuseppe Verdi</w:t>
      </w:r>
    </w:p>
    <w:p w14:paraId="208CD716" w14:textId="77777777" w:rsidR="00BC0920" w:rsidRPr="00B70929" w:rsidRDefault="00000000">
      <w:pPr>
        <w:keepLines/>
        <w:spacing w:after="40"/>
        <w:rPr>
          <w:rFonts w:ascii="Georgia" w:hAnsi="Georgia"/>
          <w:sz w:val="24"/>
          <w:szCs w:val="24"/>
        </w:rPr>
      </w:pPr>
      <w:r w:rsidRPr="00B70929">
        <w:rPr>
          <w:rFonts w:ascii="Georgia" w:hAnsi="Georgia"/>
          <w:sz w:val="24"/>
          <w:szCs w:val="24"/>
        </w:rPr>
        <w:t xml:space="preserve">• “Aida” - Aida / </w:t>
      </w:r>
      <w:proofErr w:type="spellStart"/>
      <w:r w:rsidRPr="00B70929">
        <w:rPr>
          <w:rFonts w:ascii="Georgia" w:hAnsi="Georgia"/>
          <w:sz w:val="24"/>
          <w:szCs w:val="24"/>
        </w:rPr>
        <w:t>Amonasro</w:t>
      </w:r>
      <w:proofErr w:type="spellEnd"/>
      <w:r w:rsidRPr="00B70929">
        <w:rPr>
          <w:rFonts w:ascii="Georgia" w:hAnsi="Georgia"/>
          <w:sz w:val="24"/>
          <w:szCs w:val="24"/>
        </w:rPr>
        <w:t xml:space="preserve"> - “Ciel, </w:t>
      </w:r>
      <w:proofErr w:type="spellStart"/>
      <w:r w:rsidRPr="00B70929">
        <w:rPr>
          <w:rFonts w:ascii="Georgia" w:hAnsi="Georgia"/>
          <w:sz w:val="24"/>
          <w:szCs w:val="24"/>
        </w:rPr>
        <w:t>mio</w:t>
      </w:r>
      <w:proofErr w:type="spellEnd"/>
      <w:r w:rsidRPr="00B70929">
        <w:rPr>
          <w:rFonts w:ascii="Georgia" w:hAnsi="Georgia"/>
          <w:sz w:val="24"/>
          <w:szCs w:val="24"/>
        </w:rPr>
        <w:t xml:space="preserve"> ​​padre” - soprano / baritone</w:t>
      </w:r>
    </w:p>
    <w:p w14:paraId="2E5E0C02" w14:textId="77777777" w:rsidR="00745B14" w:rsidRPr="00B70929" w:rsidRDefault="00745B14" w:rsidP="00745B14">
      <w:pPr>
        <w:keepLines/>
        <w:spacing w:after="40"/>
        <w:rPr>
          <w:rFonts w:ascii="Georgia" w:hAnsi="Georgia"/>
          <w:sz w:val="24"/>
          <w:szCs w:val="24"/>
        </w:rPr>
      </w:pPr>
      <w:r w:rsidRPr="00B70929">
        <w:rPr>
          <w:rFonts w:ascii="Georgia" w:hAnsi="Georgia"/>
          <w:sz w:val="24"/>
          <w:szCs w:val="24"/>
        </w:rPr>
        <w:t xml:space="preserve">• “Aida” - </w:t>
      </w:r>
      <w:proofErr w:type="spellStart"/>
      <w:r w:rsidRPr="00B70929">
        <w:rPr>
          <w:rFonts w:ascii="Georgia" w:hAnsi="Georgia"/>
          <w:sz w:val="24"/>
          <w:szCs w:val="24"/>
        </w:rPr>
        <w:t>Amneris</w:t>
      </w:r>
      <w:proofErr w:type="spellEnd"/>
      <w:r w:rsidRPr="00B70929">
        <w:rPr>
          <w:rFonts w:ascii="Georgia" w:hAnsi="Georgia"/>
          <w:sz w:val="24"/>
          <w:szCs w:val="24"/>
        </w:rPr>
        <w:t xml:space="preserve"> / Radames - “</w:t>
      </w:r>
      <w:proofErr w:type="spellStart"/>
      <w:r w:rsidRPr="00B70929">
        <w:rPr>
          <w:rFonts w:ascii="Georgia" w:hAnsi="Georgia"/>
          <w:sz w:val="24"/>
          <w:szCs w:val="24"/>
        </w:rPr>
        <w:t>Già</w:t>
      </w:r>
      <w:proofErr w:type="spellEnd"/>
      <w:r w:rsidRPr="00B70929">
        <w:rPr>
          <w:rFonts w:ascii="Georgia" w:hAnsi="Georgia"/>
          <w:sz w:val="24"/>
          <w:szCs w:val="24"/>
        </w:rPr>
        <w:t xml:space="preserve"> </w:t>
      </w:r>
      <w:proofErr w:type="spellStart"/>
      <w:r w:rsidRPr="00B70929">
        <w:rPr>
          <w:rFonts w:ascii="Georgia" w:hAnsi="Georgia"/>
          <w:sz w:val="24"/>
          <w:szCs w:val="24"/>
        </w:rPr>
        <w:t>i</w:t>
      </w:r>
      <w:proofErr w:type="spellEnd"/>
      <w:r w:rsidRPr="00B70929">
        <w:rPr>
          <w:rFonts w:ascii="Georgia" w:hAnsi="Georgia"/>
          <w:sz w:val="24"/>
          <w:szCs w:val="24"/>
        </w:rPr>
        <w:t xml:space="preserve"> </w:t>
      </w:r>
      <w:proofErr w:type="spellStart"/>
      <w:r w:rsidRPr="00B70929">
        <w:rPr>
          <w:rFonts w:ascii="Georgia" w:hAnsi="Georgia"/>
          <w:sz w:val="24"/>
          <w:szCs w:val="24"/>
        </w:rPr>
        <w:t>sacerdoti</w:t>
      </w:r>
      <w:proofErr w:type="spellEnd"/>
      <w:r w:rsidRPr="00B70929">
        <w:rPr>
          <w:rFonts w:ascii="Georgia" w:hAnsi="Georgia"/>
          <w:sz w:val="24"/>
          <w:szCs w:val="24"/>
        </w:rPr>
        <w:t xml:space="preserve"> </w:t>
      </w:r>
      <w:proofErr w:type="spellStart"/>
      <w:r w:rsidRPr="00B70929">
        <w:rPr>
          <w:rFonts w:ascii="Georgia" w:hAnsi="Georgia"/>
          <w:sz w:val="24"/>
          <w:szCs w:val="24"/>
        </w:rPr>
        <w:t>adunansi</w:t>
      </w:r>
      <w:proofErr w:type="spellEnd"/>
      <w:r w:rsidRPr="00B70929">
        <w:rPr>
          <w:rFonts w:ascii="Georgia" w:hAnsi="Georgia"/>
          <w:sz w:val="24"/>
          <w:szCs w:val="24"/>
        </w:rPr>
        <w:t xml:space="preserve">... </w:t>
      </w:r>
      <w:proofErr w:type="spellStart"/>
      <w:r w:rsidRPr="00B70929">
        <w:rPr>
          <w:rFonts w:ascii="Georgia" w:hAnsi="Georgia"/>
          <w:sz w:val="24"/>
          <w:szCs w:val="24"/>
        </w:rPr>
        <w:t>Morire</w:t>
      </w:r>
      <w:proofErr w:type="spellEnd"/>
      <w:r w:rsidRPr="00B70929">
        <w:rPr>
          <w:rFonts w:ascii="Georgia" w:hAnsi="Georgia"/>
          <w:sz w:val="24"/>
          <w:szCs w:val="24"/>
        </w:rPr>
        <w:t xml:space="preserve">! Ah, </w:t>
      </w:r>
      <w:proofErr w:type="spellStart"/>
      <w:r w:rsidRPr="00B70929">
        <w:rPr>
          <w:rFonts w:ascii="Georgia" w:hAnsi="Georgia"/>
          <w:sz w:val="24"/>
          <w:szCs w:val="24"/>
        </w:rPr>
        <w:t>tu</w:t>
      </w:r>
      <w:proofErr w:type="spellEnd"/>
      <w:r w:rsidRPr="00B70929">
        <w:rPr>
          <w:rFonts w:ascii="Georgia" w:hAnsi="Georgia"/>
          <w:sz w:val="24"/>
          <w:szCs w:val="24"/>
        </w:rPr>
        <w:t xml:space="preserve"> </w:t>
      </w:r>
      <w:proofErr w:type="spellStart"/>
      <w:r w:rsidRPr="00B70929">
        <w:rPr>
          <w:rFonts w:ascii="Georgia" w:hAnsi="Georgia"/>
          <w:sz w:val="24"/>
          <w:szCs w:val="24"/>
        </w:rPr>
        <w:t>dei</w:t>
      </w:r>
      <w:proofErr w:type="spellEnd"/>
      <w:r w:rsidRPr="00B70929">
        <w:rPr>
          <w:rFonts w:ascii="Georgia" w:hAnsi="Georgia"/>
          <w:sz w:val="24"/>
          <w:szCs w:val="24"/>
        </w:rPr>
        <w:t xml:space="preserve"> vivere" - mezzo-soprano/tenor</w:t>
      </w:r>
    </w:p>
    <w:p w14:paraId="562421F6" w14:textId="77777777" w:rsidR="00BC0920" w:rsidRPr="00B70929" w:rsidRDefault="00000000">
      <w:pPr>
        <w:keepLines/>
        <w:spacing w:after="40"/>
        <w:rPr>
          <w:rFonts w:ascii="Georgia" w:hAnsi="Georgia"/>
          <w:sz w:val="24"/>
          <w:szCs w:val="24"/>
        </w:rPr>
      </w:pPr>
      <w:r w:rsidRPr="00B70929">
        <w:rPr>
          <w:rFonts w:ascii="Georgia" w:hAnsi="Georgia"/>
          <w:sz w:val="24"/>
          <w:szCs w:val="24"/>
        </w:rPr>
        <w:t xml:space="preserve">• “Il Trovatore” - Azucena / </w:t>
      </w:r>
      <w:proofErr w:type="spellStart"/>
      <w:r w:rsidRPr="00B70929">
        <w:rPr>
          <w:rFonts w:ascii="Georgia" w:hAnsi="Georgia"/>
          <w:sz w:val="24"/>
          <w:szCs w:val="24"/>
        </w:rPr>
        <w:t>Manrico</w:t>
      </w:r>
      <w:proofErr w:type="spellEnd"/>
      <w:r w:rsidRPr="00B70929">
        <w:rPr>
          <w:rFonts w:ascii="Georgia" w:hAnsi="Georgia"/>
          <w:sz w:val="24"/>
          <w:szCs w:val="24"/>
        </w:rPr>
        <w:t xml:space="preserve"> - “Non son </w:t>
      </w:r>
      <w:proofErr w:type="spellStart"/>
      <w:r w:rsidRPr="00B70929">
        <w:rPr>
          <w:rFonts w:ascii="Georgia" w:hAnsi="Georgia"/>
          <w:sz w:val="24"/>
          <w:szCs w:val="24"/>
        </w:rPr>
        <w:t>tuo</w:t>
      </w:r>
      <w:proofErr w:type="spellEnd"/>
      <w:r w:rsidRPr="00B70929">
        <w:rPr>
          <w:rFonts w:ascii="Georgia" w:hAnsi="Georgia"/>
          <w:sz w:val="24"/>
          <w:szCs w:val="24"/>
        </w:rPr>
        <w:t xml:space="preserve"> </w:t>
      </w:r>
      <w:proofErr w:type="spellStart"/>
      <w:r w:rsidRPr="00B70929">
        <w:rPr>
          <w:rFonts w:ascii="Georgia" w:hAnsi="Georgia"/>
          <w:sz w:val="24"/>
          <w:szCs w:val="24"/>
        </w:rPr>
        <w:t>figlio</w:t>
      </w:r>
      <w:proofErr w:type="spellEnd"/>
      <w:r w:rsidRPr="00B70929">
        <w:rPr>
          <w:rFonts w:ascii="Georgia" w:hAnsi="Georgia"/>
          <w:sz w:val="24"/>
          <w:szCs w:val="24"/>
        </w:rPr>
        <w:t>” - mezzo-soprano / tenor</w:t>
      </w:r>
    </w:p>
    <w:p w14:paraId="4337B255" w14:textId="77777777" w:rsidR="00BC0920" w:rsidRPr="00B70929" w:rsidRDefault="00000000">
      <w:pPr>
        <w:keepLines/>
        <w:spacing w:after="40"/>
        <w:rPr>
          <w:rFonts w:ascii="Georgia" w:hAnsi="Georgia"/>
          <w:sz w:val="24"/>
          <w:szCs w:val="24"/>
        </w:rPr>
      </w:pPr>
      <w:r w:rsidRPr="00B70929">
        <w:rPr>
          <w:rFonts w:ascii="Georgia" w:hAnsi="Georgia"/>
          <w:sz w:val="24"/>
          <w:szCs w:val="24"/>
        </w:rPr>
        <w:t xml:space="preserve">• “Il </w:t>
      </w:r>
      <w:proofErr w:type="spellStart"/>
      <w:r w:rsidRPr="00B70929">
        <w:rPr>
          <w:rFonts w:ascii="Georgia" w:hAnsi="Georgia"/>
          <w:sz w:val="24"/>
          <w:szCs w:val="24"/>
        </w:rPr>
        <w:t>trovatore</w:t>
      </w:r>
      <w:proofErr w:type="spellEnd"/>
      <w:r w:rsidRPr="00B70929">
        <w:rPr>
          <w:rFonts w:ascii="Georgia" w:hAnsi="Georgia"/>
          <w:sz w:val="24"/>
          <w:szCs w:val="24"/>
        </w:rPr>
        <w:t>” - Leonora / Count di Luna - “</w:t>
      </w:r>
      <w:proofErr w:type="spellStart"/>
      <w:r w:rsidRPr="00B70929">
        <w:rPr>
          <w:rFonts w:ascii="Georgia" w:hAnsi="Georgia"/>
          <w:sz w:val="24"/>
          <w:szCs w:val="24"/>
        </w:rPr>
        <w:t>Udiste</w:t>
      </w:r>
      <w:proofErr w:type="spellEnd"/>
      <w:r w:rsidRPr="00B70929">
        <w:rPr>
          <w:rFonts w:ascii="Georgia" w:hAnsi="Georgia"/>
          <w:sz w:val="24"/>
          <w:szCs w:val="24"/>
        </w:rPr>
        <w:t xml:space="preserve">? Come </w:t>
      </w:r>
      <w:proofErr w:type="spellStart"/>
      <w:r w:rsidRPr="00B70929">
        <w:rPr>
          <w:rFonts w:ascii="Georgia" w:hAnsi="Georgia"/>
          <w:sz w:val="24"/>
          <w:szCs w:val="24"/>
        </w:rPr>
        <w:t>albeggi</w:t>
      </w:r>
      <w:proofErr w:type="spellEnd"/>
      <w:r w:rsidRPr="00B70929">
        <w:rPr>
          <w:rFonts w:ascii="Georgia" w:hAnsi="Georgia"/>
          <w:sz w:val="24"/>
          <w:szCs w:val="24"/>
        </w:rPr>
        <w:t>...” - soprano/baritone</w:t>
      </w:r>
    </w:p>
    <w:p w14:paraId="5C485391" w14:textId="77777777" w:rsidR="00BC0920" w:rsidRPr="00B70929" w:rsidRDefault="00000000">
      <w:pPr>
        <w:keepLines/>
        <w:spacing w:after="40"/>
        <w:rPr>
          <w:rFonts w:ascii="Georgia" w:hAnsi="Georgia"/>
          <w:sz w:val="24"/>
          <w:szCs w:val="24"/>
        </w:rPr>
      </w:pPr>
      <w:r w:rsidRPr="00B70929">
        <w:rPr>
          <w:rFonts w:ascii="Georgia" w:hAnsi="Georgia"/>
          <w:sz w:val="24"/>
          <w:szCs w:val="24"/>
        </w:rPr>
        <w:t xml:space="preserve">• “Don Carlos” - Don Carlos / Rodrigo - “Dio, </w:t>
      </w:r>
      <w:proofErr w:type="spellStart"/>
      <w:r w:rsidRPr="00B70929">
        <w:rPr>
          <w:rFonts w:ascii="Georgia" w:hAnsi="Georgia"/>
          <w:sz w:val="24"/>
          <w:szCs w:val="24"/>
        </w:rPr>
        <w:t>che</w:t>
      </w:r>
      <w:proofErr w:type="spellEnd"/>
      <w:r w:rsidRPr="00B70929">
        <w:rPr>
          <w:rFonts w:ascii="Georgia" w:hAnsi="Georgia"/>
          <w:sz w:val="24"/>
          <w:szCs w:val="24"/>
        </w:rPr>
        <w:t xml:space="preserve"> </w:t>
      </w:r>
      <w:proofErr w:type="spellStart"/>
      <w:r w:rsidRPr="00B70929">
        <w:rPr>
          <w:rFonts w:ascii="Georgia" w:hAnsi="Georgia"/>
          <w:sz w:val="24"/>
          <w:szCs w:val="24"/>
        </w:rPr>
        <w:t>nell’alma</w:t>
      </w:r>
      <w:proofErr w:type="spellEnd"/>
      <w:r w:rsidRPr="00B70929">
        <w:rPr>
          <w:rFonts w:ascii="Georgia" w:hAnsi="Georgia"/>
          <w:sz w:val="24"/>
          <w:szCs w:val="24"/>
        </w:rPr>
        <w:t xml:space="preserve"> </w:t>
      </w:r>
      <w:proofErr w:type="spellStart"/>
      <w:r w:rsidRPr="00B70929">
        <w:rPr>
          <w:rFonts w:ascii="Georgia" w:hAnsi="Georgia"/>
          <w:sz w:val="24"/>
          <w:szCs w:val="24"/>
        </w:rPr>
        <w:t>infondere</w:t>
      </w:r>
      <w:proofErr w:type="spellEnd"/>
      <w:r w:rsidRPr="00B70929">
        <w:rPr>
          <w:rFonts w:ascii="Georgia" w:hAnsi="Georgia"/>
          <w:sz w:val="24"/>
          <w:szCs w:val="24"/>
        </w:rPr>
        <w:t>” - tenor / baritone</w:t>
      </w:r>
    </w:p>
    <w:p w14:paraId="6B1B382D" w14:textId="77777777" w:rsidR="00BC0920" w:rsidRPr="00B70929" w:rsidRDefault="00000000">
      <w:pPr>
        <w:keepLines/>
        <w:spacing w:after="40"/>
        <w:rPr>
          <w:rFonts w:ascii="Georgia" w:hAnsi="Georgia"/>
          <w:sz w:val="24"/>
          <w:szCs w:val="24"/>
        </w:rPr>
      </w:pPr>
      <w:r w:rsidRPr="00B70929">
        <w:rPr>
          <w:rFonts w:ascii="Georgia" w:hAnsi="Georgia"/>
          <w:sz w:val="24"/>
          <w:szCs w:val="24"/>
        </w:rPr>
        <w:t>• “Otello” - Otello/Iago - “</w:t>
      </w:r>
      <w:proofErr w:type="spellStart"/>
      <w:r w:rsidRPr="00B70929">
        <w:rPr>
          <w:rFonts w:ascii="Georgia" w:hAnsi="Georgia"/>
          <w:sz w:val="24"/>
          <w:szCs w:val="24"/>
        </w:rPr>
        <w:t>Sì</w:t>
      </w:r>
      <w:proofErr w:type="spellEnd"/>
      <w:r w:rsidRPr="00B70929">
        <w:rPr>
          <w:rFonts w:ascii="Georgia" w:hAnsi="Georgia"/>
          <w:sz w:val="24"/>
          <w:szCs w:val="24"/>
        </w:rPr>
        <w:t xml:space="preserve">, pel </w:t>
      </w:r>
      <w:proofErr w:type="spellStart"/>
      <w:r w:rsidRPr="00B70929">
        <w:rPr>
          <w:rFonts w:ascii="Georgia" w:hAnsi="Georgia"/>
          <w:sz w:val="24"/>
          <w:szCs w:val="24"/>
        </w:rPr>
        <w:t>ciel</w:t>
      </w:r>
      <w:proofErr w:type="spellEnd"/>
      <w:r w:rsidRPr="00B70929">
        <w:rPr>
          <w:rFonts w:ascii="Georgia" w:hAnsi="Georgia"/>
          <w:sz w:val="24"/>
          <w:szCs w:val="24"/>
        </w:rPr>
        <w:t xml:space="preserve"> </w:t>
      </w:r>
      <w:proofErr w:type="spellStart"/>
      <w:r w:rsidRPr="00B70929">
        <w:rPr>
          <w:rFonts w:ascii="Georgia" w:hAnsi="Georgia"/>
          <w:sz w:val="24"/>
          <w:szCs w:val="24"/>
        </w:rPr>
        <w:t>marmoreo</w:t>
      </w:r>
      <w:proofErr w:type="spellEnd"/>
      <w:r w:rsidRPr="00B70929">
        <w:rPr>
          <w:rFonts w:ascii="Georgia" w:hAnsi="Georgia"/>
          <w:sz w:val="24"/>
          <w:szCs w:val="24"/>
        </w:rPr>
        <w:t xml:space="preserve"> </w:t>
      </w:r>
      <w:proofErr w:type="spellStart"/>
      <w:r w:rsidRPr="00B70929">
        <w:rPr>
          <w:rFonts w:ascii="Georgia" w:hAnsi="Georgia"/>
          <w:sz w:val="24"/>
          <w:szCs w:val="24"/>
        </w:rPr>
        <w:t>giuro</w:t>
      </w:r>
      <w:proofErr w:type="spellEnd"/>
      <w:r w:rsidRPr="00B70929">
        <w:rPr>
          <w:rFonts w:ascii="Georgia" w:hAnsi="Georgia"/>
          <w:sz w:val="24"/>
          <w:szCs w:val="24"/>
        </w:rPr>
        <w:t>!” - tenor/baritone</w:t>
      </w:r>
    </w:p>
    <w:p w14:paraId="0E471594" w14:textId="77777777" w:rsidR="00BC0920" w:rsidRPr="00B70929" w:rsidRDefault="00000000">
      <w:pPr>
        <w:keepLines/>
        <w:spacing w:after="40"/>
        <w:rPr>
          <w:rFonts w:ascii="Georgia" w:hAnsi="Georgia"/>
          <w:sz w:val="24"/>
          <w:szCs w:val="24"/>
        </w:rPr>
      </w:pPr>
      <w:r w:rsidRPr="00B70929">
        <w:rPr>
          <w:rFonts w:ascii="Georgia" w:hAnsi="Georgia"/>
          <w:sz w:val="24"/>
          <w:szCs w:val="24"/>
        </w:rPr>
        <w:lastRenderedPageBreak/>
        <w:t>• “Rigoletto” - Gilda / Rigoletto - “</w:t>
      </w:r>
      <w:proofErr w:type="spellStart"/>
      <w:proofErr w:type="gramStart"/>
      <w:r w:rsidRPr="00B70929">
        <w:rPr>
          <w:rFonts w:ascii="Georgia" w:hAnsi="Georgia"/>
          <w:sz w:val="24"/>
          <w:szCs w:val="24"/>
        </w:rPr>
        <w:t>Figlia</w:t>
      </w:r>
      <w:proofErr w:type="spellEnd"/>
      <w:r w:rsidRPr="00B70929">
        <w:rPr>
          <w:rFonts w:ascii="Georgia" w:hAnsi="Georgia"/>
          <w:sz w:val="24"/>
          <w:szCs w:val="24"/>
        </w:rPr>
        <w:t>!…</w:t>
      </w:r>
      <w:proofErr w:type="gramEnd"/>
      <w:r w:rsidRPr="00B70929">
        <w:rPr>
          <w:rFonts w:ascii="Georgia" w:hAnsi="Georgia"/>
          <w:sz w:val="24"/>
          <w:szCs w:val="24"/>
        </w:rPr>
        <w:t xml:space="preserve"> Mio padre!” - soprano/baritone</w:t>
      </w:r>
    </w:p>
    <w:p w14:paraId="581392B9" w14:textId="7FB403EE" w:rsidR="00BC0920" w:rsidRPr="00B70929" w:rsidRDefault="00000000">
      <w:pPr>
        <w:keepLines/>
        <w:spacing w:after="40"/>
        <w:rPr>
          <w:rFonts w:ascii="Georgia" w:hAnsi="Georgia"/>
          <w:sz w:val="24"/>
          <w:szCs w:val="24"/>
        </w:rPr>
      </w:pPr>
      <w:r w:rsidRPr="00B70929">
        <w:rPr>
          <w:rFonts w:ascii="Georgia" w:hAnsi="Georgia"/>
          <w:sz w:val="24"/>
          <w:szCs w:val="24"/>
        </w:rPr>
        <w:t>• “Rigoletto” - Gilda / Duke - “</w:t>
      </w:r>
      <w:r w:rsidR="00FB4500" w:rsidRPr="004840F8">
        <w:rPr>
          <w:rFonts w:ascii="Georgia" w:hAnsi="Georgia"/>
          <w:sz w:val="24"/>
          <w:szCs w:val="24"/>
        </w:rPr>
        <w:t>Signor</w:t>
      </w:r>
      <w:r w:rsidR="00FB4500" w:rsidRPr="00FB4500">
        <w:rPr>
          <w:rFonts w:ascii="Georgia" w:hAnsi="Georgia"/>
          <w:sz w:val="24"/>
          <w:szCs w:val="24"/>
        </w:rPr>
        <w:t xml:space="preserve"> </w:t>
      </w:r>
      <w:r w:rsidR="00FB4500" w:rsidRPr="004840F8">
        <w:rPr>
          <w:rFonts w:ascii="Georgia" w:hAnsi="Georgia"/>
          <w:sz w:val="24"/>
          <w:szCs w:val="24"/>
        </w:rPr>
        <w:t>n</w:t>
      </w:r>
      <w:r w:rsidR="00FB4500" w:rsidRPr="00FB4500">
        <w:rPr>
          <w:rFonts w:ascii="Georgia" w:hAnsi="Georgia"/>
          <w:sz w:val="24"/>
          <w:szCs w:val="24"/>
        </w:rPr>
        <w:t xml:space="preserve">é </w:t>
      </w:r>
      <w:proofErr w:type="spellStart"/>
      <w:r w:rsidR="00FB4500" w:rsidRPr="004840F8">
        <w:rPr>
          <w:rFonts w:ascii="Georgia" w:hAnsi="Georgia"/>
          <w:sz w:val="24"/>
          <w:szCs w:val="24"/>
        </w:rPr>
        <w:t>principe</w:t>
      </w:r>
      <w:proofErr w:type="spellEnd"/>
      <w:r w:rsidR="00FB4500" w:rsidRPr="00FB4500">
        <w:rPr>
          <w:rFonts w:ascii="Georgia" w:hAnsi="Georgia"/>
          <w:sz w:val="24"/>
          <w:szCs w:val="24"/>
        </w:rPr>
        <w:t xml:space="preserve">… </w:t>
      </w:r>
      <w:r w:rsidR="00FB4500" w:rsidRPr="004840F8">
        <w:rPr>
          <w:rFonts w:ascii="Georgia" w:hAnsi="Georgia"/>
          <w:sz w:val="24"/>
          <w:szCs w:val="24"/>
        </w:rPr>
        <w:t xml:space="preserve">È il sol </w:t>
      </w:r>
      <w:proofErr w:type="spellStart"/>
      <w:r w:rsidR="00FB4500" w:rsidRPr="004840F8">
        <w:rPr>
          <w:rFonts w:ascii="Georgia" w:hAnsi="Georgia"/>
          <w:sz w:val="24"/>
          <w:szCs w:val="24"/>
        </w:rPr>
        <w:t>dell’anima</w:t>
      </w:r>
      <w:proofErr w:type="spellEnd"/>
      <w:r w:rsidR="00FB4500" w:rsidRPr="004840F8">
        <w:rPr>
          <w:rFonts w:ascii="Georgia" w:hAnsi="Georgia"/>
          <w:sz w:val="24"/>
          <w:szCs w:val="24"/>
        </w:rPr>
        <w:t xml:space="preserve">… </w:t>
      </w:r>
      <w:proofErr w:type="spellStart"/>
      <w:r w:rsidR="00FB4500" w:rsidRPr="004840F8">
        <w:rPr>
          <w:rFonts w:ascii="Georgia" w:hAnsi="Georgia"/>
          <w:sz w:val="24"/>
          <w:szCs w:val="24"/>
        </w:rPr>
        <w:t>Addio</w:t>
      </w:r>
      <w:proofErr w:type="spellEnd"/>
      <w:r w:rsidR="00FB4500" w:rsidRPr="004840F8">
        <w:rPr>
          <w:rFonts w:ascii="Georgia" w:hAnsi="Georgia"/>
          <w:sz w:val="24"/>
          <w:szCs w:val="24"/>
        </w:rPr>
        <w:t xml:space="preserve">, </w:t>
      </w:r>
      <w:proofErr w:type="spellStart"/>
      <w:r w:rsidR="00FB4500" w:rsidRPr="004840F8">
        <w:rPr>
          <w:rFonts w:ascii="Georgia" w:hAnsi="Georgia"/>
          <w:sz w:val="24"/>
          <w:szCs w:val="24"/>
        </w:rPr>
        <w:t>addio</w:t>
      </w:r>
      <w:proofErr w:type="spellEnd"/>
      <w:r w:rsidRPr="00B70929">
        <w:rPr>
          <w:rFonts w:ascii="Georgia" w:hAnsi="Georgia"/>
          <w:sz w:val="24"/>
          <w:szCs w:val="24"/>
        </w:rPr>
        <w:t>” - soprano / tenor</w:t>
      </w:r>
    </w:p>
    <w:p w14:paraId="0B129581" w14:textId="77777777" w:rsidR="00BC0920" w:rsidRPr="00B70929" w:rsidRDefault="00000000">
      <w:pPr>
        <w:spacing w:before="80" w:after="20"/>
        <w:rPr>
          <w:rFonts w:ascii="Georgia" w:hAnsi="Georgia"/>
          <w:sz w:val="24"/>
          <w:szCs w:val="24"/>
        </w:rPr>
      </w:pPr>
      <w:r w:rsidRPr="00B70929">
        <w:rPr>
          <w:rFonts w:ascii="Georgia" w:hAnsi="Georgia"/>
          <w:b/>
          <w:sz w:val="24"/>
          <w:szCs w:val="24"/>
        </w:rPr>
        <w:t>Leo Delibes</w:t>
      </w:r>
    </w:p>
    <w:p w14:paraId="62FE236C" w14:textId="5A54FD8C" w:rsidR="00BC0920" w:rsidRPr="00B70929" w:rsidRDefault="00000000">
      <w:pPr>
        <w:keepLines/>
        <w:spacing w:after="40"/>
        <w:rPr>
          <w:rFonts w:ascii="Georgia" w:hAnsi="Georgia"/>
          <w:sz w:val="24"/>
          <w:szCs w:val="24"/>
        </w:rPr>
      </w:pPr>
      <w:r w:rsidRPr="00B70929">
        <w:rPr>
          <w:rFonts w:ascii="Georgia" w:hAnsi="Georgia"/>
          <w:sz w:val="24"/>
          <w:szCs w:val="24"/>
        </w:rPr>
        <w:t>• “</w:t>
      </w:r>
      <w:proofErr w:type="spellStart"/>
      <w:r w:rsidRPr="00B70929">
        <w:rPr>
          <w:rFonts w:ascii="Georgia" w:hAnsi="Georgia"/>
          <w:sz w:val="24"/>
          <w:szCs w:val="24"/>
        </w:rPr>
        <w:t>Lakmé</w:t>
      </w:r>
      <w:proofErr w:type="spellEnd"/>
      <w:r w:rsidRPr="00B70929">
        <w:rPr>
          <w:rFonts w:ascii="Georgia" w:hAnsi="Georgia"/>
          <w:sz w:val="24"/>
          <w:szCs w:val="24"/>
        </w:rPr>
        <w:t xml:space="preserve">” - </w:t>
      </w:r>
      <w:proofErr w:type="spellStart"/>
      <w:r w:rsidRPr="00B70929">
        <w:rPr>
          <w:rFonts w:ascii="Georgia" w:hAnsi="Georgia"/>
          <w:sz w:val="24"/>
          <w:szCs w:val="24"/>
        </w:rPr>
        <w:t>Lakmé</w:t>
      </w:r>
      <w:proofErr w:type="spellEnd"/>
      <w:r w:rsidRPr="00B70929">
        <w:rPr>
          <w:rFonts w:ascii="Georgia" w:hAnsi="Georgia"/>
          <w:sz w:val="24"/>
          <w:szCs w:val="24"/>
        </w:rPr>
        <w:t xml:space="preserve"> / Malika - “</w:t>
      </w:r>
      <w:proofErr w:type="spellStart"/>
      <w:r w:rsidR="00FB4500" w:rsidRPr="004840F8">
        <w:rPr>
          <w:rFonts w:ascii="Georgia" w:hAnsi="Georgia"/>
          <w:sz w:val="24"/>
          <w:szCs w:val="24"/>
        </w:rPr>
        <w:t>Viens</w:t>
      </w:r>
      <w:proofErr w:type="spellEnd"/>
      <w:r w:rsidR="00FB4500" w:rsidRPr="00FB4500">
        <w:rPr>
          <w:rFonts w:ascii="Georgia" w:hAnsi="Georgia"/>
          <w:sz w:val="24"/>
          <w:szCs w:val="24"/>
        </w:rPr>
        <w:t xml:space="preserve">, </w:t>
      </w:r>
      <w:r w:rsidR="00FB4500" w:rsidRPr="004840F8">
        <w:rPr>
          <w:rFonts w:ascii="Georgia" w:hAnsi="Georgia"/>
          <w:sz w:val="24"/>
          <w:szCs w:val="24"/>
        </w:rPr>
        <w:t>Mallika</w:t>
      </w:r>
      <w:r w:rsidR="00FB4500" w:rsidRPr="00FB4500">
        <w:rPr>
          <w:rFonts w:ascii="Georgia" w:hAnsi="Georgia"/>
          <w:sz w:val="24"/>
          <w:szCs w:val="24"/>
        </w:rPr>
        <w:t xml:space="preserve">… </w:t>
      </w:r>
      <w:r w:rsidR="00FB4500" w:rsidRPr="004840F8">
        <w:rPr>
          <w:rFonts w:ascii="Georgia" w:hAnsi="Georgia"/>
          <w:sz w:val="24"/>
          <w:szCs w:val="24"/>
        </w:rPr>
        <w:t>Sous</w:t>
      </w:r>
      <w:r w:rsidR="00FB4500" w:rsidRPr="00FB4500">
        <w:rPr>
          <w:rFonts w:ascii="Georgia" w:hAnsi="Georgia"/>
          <w:sz w:val="24"/>
          <w:szCs w:val="24"/>
        </w:rPr>
        <w:t xml:space="preserve"> </w:t>
      </w:r>
      <w:r w:rsidR="00FB4500" w:rsidRPr="004840F8">
        <w:rPr>
          <w:rFonts w:ascii="Georgia" w:hAnsi="Georgia"/>
          <w:sz w:val="24"/>
          <w:szCs w:val="24"/>
        </w:rPr>
        <w:t>le</w:t>
      </w:r>
      <w:r w:rsidR="00FB4500" w:rsidRPr="00FB4500">
        <w:rPr>
          <w:rFonts w:ascii="Georgia" w:hAnsi="Georgia"/>
          <w:sz w:val="24"/>
          <w:szCs w:val="24"/>
        </w:rPr>
        <w:t xml:space="preserve"> </w:t>
      </w:r>
      <w:proofErr w:type="spellStart"/>
      <w:r w:rsidR="00FB4500" w:rsidRPr="004840F8">
        <w:rPr>
          <w:rFonts w:ascii="Georgia" w:hAnsi="Georgia"/>
          <w:sz w:val="24"/>
          <w:szCs w:val="24"/>
        </w:rPr>
        <w:t>d</w:t>
      </w:r>
      <w:r w:rsidR="00FB4500" w:rsidRPr="00FB4500">
        <w:rPr>
          <w:rFonts w:ascii="Georgia" w:hAnsi="Georgia"/>
          <w:sz w:val="24"/>
          <w:szCs w:val="24"/>
        </w:rPr>
        <w:t>ô</w:t>
      </w:r>
      <w:r w:rsidR="00FB4500" w:rsidRPr="004840F8">
        <w:rPr>
          <w:rFonts w:ascii="Georgia" w:hAnsi="Georgia"/>
          <w:sz w:val="24"/>
          <w:szCs w:val="24"/>
        </w:rPr>
        <w:t>me</w:t>
      </w:r>
      <w:proofErr w:type="spellEnd"/>
      <w:r w:rsidR="00FB4500" w:rsidRPr="00FB4500">
        <w:rPr>
          <w:rFonts w:ascii="Georgia" w:hAnsi="Georgia"/>
          <w:sz w:val="24"/>
          <w:szCs w:val="24"/>
        </w:rPr>
        <w:t xml:space="preserve"> </w:t>
      </w:r>
      <w:proofErr w:type="spellStart"/>
      <w:r w:rsidR="00FB4500" w:rsidRPr="00FB4500">
        <w:rPr>
          <w:rFonts w:ascii="Georgia" w:hAnsi="Georgia"/>
          <w:sz w:val="24"/>
          <w:szCs w:val="24"/>
        </w:rPr>
        <w:t>é</w:t>
      </w:r>
      <w:r w:rsidR="00FB4500" w:rsidRPr="004840F8">
        <w:rPr>
          <w:rFonts w:ascii="Georgia" w:hAnsi="Georgia"/>
          <w:sz w:val="24"/>
          <w:szCs w:val="24"/>
        </w:rPr>
        <w:t>pais</w:t>
      </w:r>
      <w:proofErr w:type="spellEnd"/>
      <w:r w:rsidRPr="00B70929">
        <w:rPr>
          <w:rFonts w:ascii="Georgia" w:hAnsi="Georgia"/>
          <w:sz w:val="24"/>
          <w:szCs w:val="24"/>
        </w:rPr>
        <w:t>” - soprano / mezzo-soprano</w:t>
      </w:r>
    </w:p>
    <w:p w14:paraId="4AA1C17D" w14:textId="77777777" w:rsidR="00BC0920" w:rsidRPr="00B70929" w:rsidRDefault="00000000">
      <w:pPr>
        <w:spacing w:before="80" w:after="20"/>
        <w:rPr>
          <w:rFonts w:ascii="Georgia" w:hAnsi="Georgia"/>
          <w:sz w:val="24"/>
          <w:szCs w:val="24"/>
        </w:rPr>
      </w:pPr>
      <w:r w:rsidRPr="00B70929">
        <w:rPr>
          <w:rFonts w:ascii="Georgia" w:hAnsi="Georgia"/>
          <w:b/>
          <w:sz w:val="24"/>
          <w:szCs w:val="24"/>
        </w:rPr>
        <w:t>Georges Bizet</w:t>
      </w:r>
    </w:p>
    <w:p w14:paraId="3A88AC1B" w14:textId="77777777" w:rsidR="00BC0920" w:rsidRPr="00B70929" w:rsidRDefault="00000000">
      <w:pPr>
        <w:keepLines/>
        <w:spacing w:after="40"/>
        <w:rPr>
          <w:rFonts w:ascii="Georgia" w:hAnsi="Georgia"/>
          <w:sz w:val="24"/>
          <w:szCs w:val="24"/>
        </w:rPr>
      </w:pPr>
      <w:r w:rsidRPr="00B70929">
        <w:rPr>
          <w:rFonts w:ascii="Georgia" w:hAnsi="Georgia"/>
          <w:sz w:val="24"/>
          <w:szCs w:val="24"/>
        </w:rPr>
        <w:t xml:space="preserve">• “Les </w:t>
      </w:r>
      <w:proofErr w:type="spellStart"/>
      <w:r w:rsidRPr="00B70929">
        <w:rPr>
          <w:rFonts w:ascii="Georgia" w:hAnsi="Georgia"/>
          <w:sz w:val="24"/>
          <w:szCs w:val="24"/>
        </w:rPr>
        <w:t>pêcheurs</w:t>
      </w:r>
      <w:proofErr w:type="spellEnd"/>
      <w:r w:rsidRPr="00B70929">
        <w:rPr>
          <w:rFonts w:ascii="Georgia" w:hAnsi="Georgia"/>
          <w:sz w:val="24"/>
          <w:szCs w:val="24"/>
        </w:rPr>
        <w:t xml:space="preserve"> de </w:t>
      </w:r>
      <w:proofErr w:type="spellStart"/>
      <w:r w:rsidRPr="00B70929">
        <w:rPr>
          <w:rFonts w:ascii="Georgia" w:hAnsi="Georgia"/>
          <w:sz w:val="24"/>
          <w:szCs w:val="24"/>
        </w:rPr>
        <w:t>perles</w:t>
      </w:r>
      <w:proofErr w:type="spellEnd"/>
      <w:r w:rsidRPr="00B70929">
        <w:rPr>
          <w:rFonts w:ascii="Georgia" w:hAnsi="Georgia"/>
          <w:sz w:val="24"/>
          <w:szCs w:val="24"/>
        </w:rPr>
        <w:t xml:space="preserve">” - Nadir / </w:t>
      </w:r>
      <w:proofErr w:type="spellStart"/>
      <w:r w:rsidRPr="00B70929">
        <w:rPr>
          <w:rFonts w:ascii="Georgia" w:hAnsi="Georgia"/>
          <w:sz w:val="24"/>
          <w:szCs w:val="24"/>
        </w:rPr>
        <w:t>Zurga</w:t>
      </w:r>
      <w:proofErr w:type="spellEnd"/>
      <w:r w:rsidRPr="00B70929">
        <w:rPr>
          <w:rFonts w:ascii="Georgia" w:hAnsi="Georgia"/>
          <w:sz w:val="24"/>
          <w:szCs w:val="24"/>
        </w:rPr>
        <w:t xml:space="preserve"> - “Au fond du temple saint” - tenor / baritone</w:t>
      </w:r>
    </w:p>
    <w:p w14:paraId="283F5D87" w14:textId="77777777" w:rsidR="00BC0920" w:rsidRPr="00B70929" w:rsidRDefault="00000000">
      <w:pPr>
        <w:keepLines/>
        <w:spacing w:after="40"/>
        <w:rPr>
          <w:rFonts w:ascii="Georgia" w:hAnsi="Georgia"/>
          <w:sz w:val="24"/>
          <w:szCs w:val="24"/>
        </w:rPr>
      </w:pPr>
      <w:r w:rsidRPr="00B70929">
        <w:rPr>
          <w:rFonts w:ascii="Georgia" w:hAnsi="Georgia"/>
          <w:sz w:val="24"/>
          <w:szCs w:val="24"/>
        </w:rPr>
        <w:t>• “Carmen” - Micaela / Don José - “Parle-</w:t>
      </w:r>
      <w:proofErr w:type="spellStart"/>
      <w:r w:rsidRPr="00B70929">
        <w:rPr>
          <w:rFonts w:ascii="Georgia" w:hAnsi="Georgia"/>
          <w:sz w:val="24"/>
          <w:szCs w:val="24"/>
        </w:rPr>
        <w:t>moi</w:t>
      </w:r>
      <w:proofErr w:type="spellEnd"/>
      <w:r w:rsidRPr="00B70929">
        <w:rPr>
          <w:rFonts w:ascii="Georgia" w:hAnsi="Georgia"/>
          <w:sz w:val="24"/>
          <w:szCs w:val="24"/>
        </w:rPr>
        <w:t xml:space="preserve"> de ma mère” - soprano / tenor</w:t>
      </w:r>
    </w:p>
    <w:p w14:paraId="2269063A" w14:textId="77777777" w:rsidR="00BC0920" w:rsidRPr="00B70929" w:rsidRDefault="00000000">
      <w:pPr>
        <w:spacing w:before="80" w:after="20"/>
        <w:rPr>
          <w:rFonts w:ascii="Georgia" w:hAnsi="Georgia"/>
          <w:sz w:val="24"/>
          <w:szCs w:val="24"/>
        </w:rPr>
      </w:pPr>
      <w:r w:rsidRPr="00B70929">
        <w:rPr>
          <w:rFonts w:ascii="Georgia" w:hAnsi="Georgia"/>
          <w:b/>
          <w:sz w:val="24"/>
          <w:szCs w:val="24"/>
        </w:rPr>
        <w:t>Giacomo Puccini</w:t>
      </w:r>
    </w:p>
    <w:p w14:paraId="322098B1" w14:textId="77777777" w:rsidR="00BC0920" w:rsidRPr="00B70929" w:rsidRDefault="00000000">
      <w:pPr>
        <w:keepLines/>
        <w:spacing w:after="40"/>
        <w:rPr>
          <w:rFonts w:ascii="Georgia" w:hAnsi="Georgia"/>
          <w:sz w:val="24"/>
          <w:szCs w:val="24"/>
        </w:rPr>
      </w:pPr>
      <w:r w:rsidRPr="00B70929">
        <w:rPr>
          <w:rFonts w:ascii="Georgia" w:hAnsi="Georgia"/>
          <w:sz w:val="24"/>
          <w:szCs w:val="24"/>
        </w:rPr>
        <w:t>• “Tosca” - Tosca / Cavaradossi - “Mario! - Son qui! - soprano/tenor</w:t>
      </w:r>
    </w:p>
    <w:p w14:paraId="06B486DA" w14:textId="77777777" w:rsidR="00745B14" w:rsidRPr="00597757" w:rsidRDefault="00745B14" w:rsidP="00745B14">
      <w:pPr>
        <w:keepLines/>
        <w:spacing w:after="40"/>
        <w:rPr>
          <w:rFonts w:ascii="Georgia" w:hAnsi="Georgia"/>
          <w:sz w:val="24"/>
          <w:szCs w:val="24"/>
        </w:rPr>
      </w:pPr>
      <w:r w:rsidRPr="00B70929">
        <w:rPr>
          <w:rFonts w:ascii="Georgia" w:hAnsi="Georgia"/>
          <w:sz w:val="24"/>
          <w:szCs w:val="24"/>
        </w:rPr>
        <w:t xml:space="preserve">• “Tosca” - Tosca / Cavaradossi - “O </w:t>
      </w:r>
      <w:proofErr w:type="spellStart"/>
      <w:r w:rsidRPr="00B70929">
        <w:rPr>
          <w:rFonts w:ascii="Georgia" w:hAnsi="Georgia"/>
          <w:sz w:val="24"/>
          <w:szCs w:val="24"/>
        </w:rPr>
        <w:t>dolci</w:t>
      </w:r>
      <w:proofErr w:type="spellEnd"/>
      <w:r w:rsidRPr="00B70929">
        <w:rPr>
          <w:rFonts w:ascii="Georgia" w:hAnsi="Georgia"/>
          <w:sz w:val="24"/>
          <w:szCs w:val="24"/>
        </w:rPr>
        <w:t xml:space="preserve"> mani... Amaro sol per </w:t>
      </w:r>
      <w:proofErr w:type="spellStart"/>
      <w:r w:rsidRPr="00B70929">
        <w:rPr>
          <w:rFonts w:ascii="Georgia" w:hAnsi="Georgia"/>
          <w:sz w:val="24"/>
          <w:szCs w:val="24"/>
        </w:rPr>
        <w:t>te</w:t>
      </w:r>
      <w:proofErr w:type="spellEnd"/>
      <w:r w:rsidRPr="00B70929">
        <w:rPr>
          <w:rFonts w:ascii="Georgia" w:hAnsi="Georgia"/>
          <w:sz w:val="24"/>
          <w:szCs w:val="24"/>
        </w:rPr>
        <w:t xml:space="preserve"> </w:t>
      </w:r>
      <w:proofErr w:type="spellStart"/>
      <w:r w:rsidRPr="00B70929">
        <w:rPr>
          <w:rFonts w:ascii="Georgia" w:hAnsi="Georgia"/>
          <w:sz w:val="24"/>
          <w:szCs w:val="24"/>
        </w:rPr>
        <w:t>m’era</w:t>
      </w:r>
      <w:proofErr w:type="spellEnd"/>
      <w:r w:rsidRPr="00B70929">
        <w:rPr>
          <w:rFonts w:ascii="Georgia" w:hAnsi="Georgia"/>
          <w:sz w:val="24"/>
          <w:szCs w:val="24"/>
        </w:rPr>
        <w:t xml:space="preserve"> il </w:t>
      </w:r>
      <w:proofErr w:type="spellStart"/>
      <w:r w:rsidRPr="00B70929">
        <w:rPr>
          <w:rFonts w:ascii="Georgia" w:hAnsi="Georgia"/>
          <w:sz w:val="24"/>
          <w:szCs w:val="24"/>
        </w:rPr>
        <w:t>morire</w:t>
      </w:r>
      <w:proofErr w:type="spellEnd"/>
      <w:r w:rsidRPr="00B70929">
        <w:rPr>
          <w:rFonts w:ascii="Georgia" w:hAnsi="Georgia"/>
          <w:sz w:val="24"/>
          <w:szCs w:val="24"/>
        </w:rPr>
        <w:t>” - soprano / tenor</w:t>
      </w:r>
    </w:p>
    <w:p w14:paraId="278E8BEE" w14:textId="77777777" w:rsidR="00BC0920" w:rsidRPr="00B70929" w:rsidRDefault="00000000">
      <w:pPr>
        <w:keepLines/>
        <w:spacing w:after="40"/>
        <w:rPr>
          <w:rFonts w:ascii="Georgia" w:hAnsi="Georgia"/>
          <w:sz w:val="24"/>
          <w:szCs w:val="24"/>
        </w:rPr>
      </w:pPr>
      <w:r w:rsidRPr="00B70929">
        <w:rPr>
          <w:rFonts w:ascii="Georgia" w:hAnsi="Georgia"/>
          <w:sz w:val="24"/>
          <w:szCs w:val="24"/>
        </w:rPr>
        <w:t xml:space="preserve">• “La bohème” - Mimi / Rudolf - “O soave </w:t>
      </w:r>
      <w:proofErr w:type="spellStart"/>
      <w:r w:rsidRPr="00B70929">
        <w:rPr>
          <w:rFonts w:ascii="Georgia" w:hAnsi="Georgia"/>
          <w:sz w:val="24"/>
          <w:szCs w:val="24"/>
        </w:rPr>
        <w:t>fanciulla</w:t>
      </w:r>
      <w:proofErr w:type="spellEnd"/>
      <w:r w:rsidRPr="00B70929">
        <w:rPr>
          <w:rFonts w:ascii="Georgia" w:hAnsi="Georgia"/>
          <w:sz w:val="24"/>
          <w:szCs w:val="24"/>
        </w:rPr>
        <w:t>” - soprano / tenor</w:t>
      </w:r>
    </w:p>
    <w:p w14:paraId="229AE3D5" w14:textId="77777777" w:rsidR="00BC0920" w:rsidRPr="00B70929" w:rsidRDefault="00000000">
      <w:pPr>
        <w:keepLines/>
        <w:spacing w:after="40"/>
        <w:rPr>
          <w:rFonts w:ascii="Georgia" w:hAnsi="Georgia"/>
          <w:sz w:val="24"/>
          <w:szCs w:val="24"/>
        </w:rPr>
      </w:pPr>
      <w:r w:rsidRPr="00B70929">
        <w:rPr>
          <w:rFonts w:ascii="Georgia" w:hAnsi="Georgia"/>
          <w:sz w:val="24"/>
          <w:szCs w:val="24"/>
        </w:rPr>
        <w:t xml:space="preserve">• “Madama Butterfly” - </w:t>
      </w:r>
      <w:proofErr w:type="spellStart"/>
      <w:r w:rsidRPr="00B70929">
        <w:rPr>
          <w:rFonts w:ascii="Georgia" w:hAnsi="Georgia"/>
          <w:sz w:val="24"/>
          <w:szCs w:val="24"/>
        </w:rPr>
        <w:t>Cio-Cio-san</w:t>
      </w:r>
      <w:proofErr w:type="spellEnd"/>
      <w:r w:rsidRPr="00B70929">
        <w:rPr>
          <w:rFonts w:ascii="Georgia" w:hAnsi="Georgia"/>
          <w:sz w:val="24"/>
          <w:szCs w:val="24"/>
        </w:rPr>
        <w:t xml:space="preserve"> / Pinkerton - “</w:t>
      </w:r>
      <w:proofErr w:type="spellStart"/>
      <w:r w:rsidRPr="00B70929">
        <w:rPr>
          <w:rFonts w:ascii="Georgia" w:hAnsi="Georgia"/>
          <w:sz w:val="24"/>
          <w:szCs w:val="24"/>
        </w:rPr>
        <w:t>Vogliatemi</w:t>
      </w:r>
      <w:proofErr w:type="spellEnd"/>
      <w:r w:rsidRPr="00B70929">
        <w:rPr>
          <w:rFonts w:ascii="Georgia" w:hAnsi="Georgia"/>
          <w:sz w:val="24"/>
          <w:szCs w:val="24"/>
        </w:rPr>
        <w:t xml:space="preserve"> bene” - soprano / tenor</w:t>
      </w:r>
    </w:p>
    <w:p w14:paraId="2B2328F7" w14:textId="77777777" w:rsidR="00BC0920" w:rsidRPr="00B70929" w:rsidRDefault="00000000">
      <w:pPr>
        <w:keepLines/>
        <w:spacing w:after="40"/>
        <w:rPr>
          <w:rFonts w:ascii="Georgia" w:hAnsi="Georgia"/>
          <w:sz w:val="24"/>
          <w:szCs w:val="24"/>
        </w:rPr>
      </w:pPr>
      <w:r w:rsidRPr="00B70929">
        <w:rPr>
          <w:rFonts w:ascii="Georgia" w:hAnsi="Georgia"/>
          <w:sz w:val="24"/>
          <w:szCs w:val="24"/>
        </w:rPr>
        <w:t xml:space="preserve">• “Madama Butterfly” - </w:t>
      </w:r>
      <w:proofErr w:type="spellStart"/>
      <w:r w:rsidRPr="00B70929">
        <w:rPr>
          <w:rFonts w:ascii="Georgia" w:hAnsi="Georgia"/>
          <w:sz w:val="24"/>
          <w:szCs w:val="24"/>
        </w:rPr>
        <w:t>Cio-Cio-san</w:t>
      </w:r>
      <w:proofErr w:type="spellEnd"/>
      <w:r w:rsidRPr="00B70929">
        <w:rPr>
          <w:rFonts w:ascii="Georgia" w:hAnsi="Georgia"/>
          <w:sz w:val="24"/>
          <w:szCs w:val="24"/>
        </w:rPr>
        <w:t xml:space="preserve"> / Suzuki - “</w:t>
      </w:r>
      <w:proofErr w:type="spellStart"/>
      <w:r w:rsidRPr="00B70929">
        <w:rPr>
          <w:rFonts w:ascii="Georgia" w:hAnsi="Georgia"/>
          <w:sz w:val="24"/>
          <w:szCs w:val="24"/>
        </w:rPr>
        <w:t>Scuoti</w:t>
      </w:r>
      <w:proofErr w:type="spellEnd"/>
      <w:r w:rsidRPr="00B70929">
        <w:rPr>
          <w:rFonts w:ascii="Georgia" w:hAnsi="Georgia"/>
          <w:sz w:val="24"/>
          <w:szCs w:val="24"/>
        </w:rPr>
        <w:t xml:space="preserve"> </w:t>
      </w:r>
      <w:proofErr w:type="spellStart"/>
      <w:r w:rsidRPr="00B70929">
        <w:rPr>
          <w:rFonts w:ascii="Georgia" w:hAnsi="Georgia"/>
          <w:sz w:val="24"/>
          <w:szCs w:val="24"/>
        </w:rPr>
        <w:t>quella</w:t>
      </w:r>
      <w:proofErr w:type="spellEnd"/>
      <w:r w:rsidRPr="00B70929">
        <w:rPr>
          <w:rFonts w:ascii="Georgia" w:hAnsi="Georgia"/>
          <w:sz w:val="24"/>
          <w:szCs w:val="24"/>
        </w:rPr>
        <w:t xml:space="preserve"> </w:t>
      </w:r>
      <w:proofErr w:type="spellStart"/>
      <w:r w:rsidRPr="00B70929">
        <w:rPr>
          <w:rFonts w:ascii="Georgia" w:hAnsi="Georgia"/>
          <w:sz w:val="24"/>
          <w:szCs w:val="24"/>
        </w:rPr>
        <w:t>fronda</w:t>
      </w:r>
      <w:proofErr w:type="spellEnd"/>
      <w:r w:rsidRPr="00B70929">
        <w:rPr>
          <w:rFonts w:ascii="Georgia" w:hAnsi="Georgia"/>
          <w:sz w:val="24"/>
          <w:szCs w:val="24"/>
        </w:rPr>
        <w:t xml:space="preserve"> di </w:t>
      </w:r>
      <w:proofErr w:type="spellStart"/>
      <w:r w:rsidRPr="00B70929">
        <w:rPr>
          <w:rFonts w:ascii="Georgia" w:hAnsi="Georgia"/>
          <w:sz w:val="24"/>
          <w:szCs w:val="24"/>
        </w:rPr>
        <w:t>ciliegio</w:t>
      </w:r>
      <w:proofErr w:type="spellEnd"/>
      <w:r w:rsidRPr="00B70929">
        <w:rPr>
          <w:rFonts w:ascii="Georgia" w:hAnsi="Georgia"/>
          <w:sz w:val="24"/>
          <w:szCs w:val="24"/>
        </w:rPr>
        <w:t>” - soprano / mezzo-soprano</w:t>
      </w:r>
    </w:p>
    <w:p w14:paraId="090BDEF2" w14:textId="77777777" w:rsidR="00BC0920" w:rsidRPr="00597757" w:rsidRDefault="00000000">
      <w:pPr>
        <w:spacing w:before="80" w:after="20"/>
        <w:rPr>
          <w:rFonts w:ascii="Georgia" w:hAnsi="Georgia"/>
          <w:sz w:val="24"/>
          <w:szCs w:val="24"/>
        </w:rPr>
      </w:pPr>
      <w:r w:rsidRPr="00597757">
        <w:rPr>
          <w:rFonts w:ascii="Georgia" w:hAnsi="Georgia"/>
          <w:b/>
          <w:sz w:val="24"/>
          <w:szCs w:val="24"/>
        </w:rPr>
        <w:t>Richard Strauss</w:t>
      </w:r>
    </w:p>
    <w:p w14:paraId="2774A496" w14:textId="77777777" w:rsidR="00BC0920" w:rsidRPr="00597757" w:rsidRDefault="00000000">
      <w:pPr>
        <w:keepLines/>
        <w:spacing w:after="40"/>
        <w:rPr>
          <w:rFonts w:ascii="Georgia" w:hAnsi="Georgia"/>
          <w:sz w:val="24"/>
          <w:szCs w:val="24"/>
        </w:rPr>
      </w:pPr>
      <w:r w:rsidRPr="00597757">
        <w:rPr>
          <w:rFonts w:ascii="Georgia" w:hAnsi="Georgia"/>
          <w:sz w:val="24"/>
          <w:szCs w:val="24"/>
        </w:rPr>
        <w:t xml:space="preserve">• “Der Rosenkavalier” - Sophie / Octavian - “Mir </w:t>
      </w:r>
      <w:proofErr w:type="spellStart"/>
      <w:r w:rsidRPr="00597757">
        <w:rPr>
          <w:rFonts w:ascii="Georgia" w:hAnsi="Georgia"/>
          <w:sz w:val="24"/>
          <w:szCs w:val="24"/>
        </w:rPr>
        <w:t>ist</w:t>
      </w:r>
      <w:proofErr w:type="spellEnd"/>
      <w:r w:rsidRPr="00597757">
        <w:rPr>
          <w:rFonts w:ascii="Georgia" w:hAnsi="Georgia"/>
          <w:sz w:val="24"/>
          <w:szCs w:val="24"/>
        </w:rPr>
        <w:t xml:space="preserve"> die </w:t>
      </w:r>
      <w:proofErr w:type="spellStart"/>
      <w:r w:rsidRPr="00597757">
        <w:rPr>
          <w:rFonts w:ascii="Georgia" w:hAnsi="Georgia"/>
          <w:sz w:val="24"/>
          <w:szCs w:val="24"/>
        </w:rPr>
        <w:t>Ehre</w:t>
      </w:r>
      <w:proofErr w:type="spellEnd"/>
      <w:r w:rsidRPr="00597757">
        <w:rPr>
          <w:rFonts w:ascii="Georgia" w:hAnsi="Georgia"/>
          <w:sz w:val="24"/>
          <w:szCs w:val="24"/>
        </w:rPr>
        <w:t xml:space="preserve"> </w:t>
      </w:r>
      <w:proofErr w:type="spellStart"/>
      <w:r w:rsidRPr="00597757">
        <w:rPr>
          <w:rFonts w:ascii="Georgia" w:hAnsi="Georgia"/>
          <w:sz w:val="24"/>
          <w:szCs w:val="24"/>
        </w:rPr>
        <w:t>widerfahren</w:t>
      </w:r>
      <w:proofErr w:type="spellEnd"/>
      <w:r w:rsidRPr="00597757">
        <w:rPr>
          <w:rFonts w:ascii="Georgia" w:hAnsi="Georgia"/>
          <w:sz w:val="24"/>
          <w:szCs w:val="24"/>
        </w:rPr>
        <w:t>” - soprano / mezzo-soprano</w:t>
      </w:r>
    </w:p>
    <w:p w14:paraId="6D960321" w14:textId="77777777" w:rsidR="009C6F8E" w:rsidRPr="009C6F8E" w:rsidRDefault="009C6F8E" w:rsidP="009C6F8E">
      <w:pPr>
        <w:keepLines/>
        <w:spacing w:after="40"/>
        <w:rPr>
          <w:rFonts w:ascii="Georgia" w:hAnsi="Georgia"/>
          <w:b/>
          <w:sz w:val="24"/>
          <w:szCs w:val="24"/>
        </w:rPr>
      </w:pPr>
      <w:r w:rsidRPr="009C6F8E">
        <w:rPr>
          <w:rFonts w:ascii="Georgia" w:hAnsi="Georgia"/>
          <w:b/>
          <w:sz w:val="24"/>
          <w:szCs w:val="24"/>
        </w:rPr>
        <w:t xml:space="preserve">Umberto Giordano </w:t>
      </w:r>
    </w:p>
    <w:p w14:paraId="2F02FC4E" w14:textId="77777777" w:rsidR="009C6F8E" w:rsidRPr="009C6F8E" w:rsidRDefault="009C6F8E" w:rsidP="009C6F8E">
      <w:pPr>
        <w:keepLines/>
        <w:spacing w:after="40"/>
        <w:rPr>
          <w:rFonts w:ascii="Georgia" w:hAnsi="Georgia"/>
          <w:bCs/>
          <w:sz w:val="24"/>
          <w:szCs w:val="24"/>
        </w:rPr>
      </w:pPr>
      <w:r w:rsidRPr="009C6F8E">
        <w:rPr>
          <w:rFonts w:ascii="Georgia" w:hAnsi="Georgia"/>
          <w:bCs/>
          <w:sz w:val="24"/>
          <w:szCs w:val="24"/>
        </w:rPr>
        <w:t xml:space="preserve">• “Andrea </w:t>
      </w:r>
      <w:proofErr w:type="spellStart"/>
      <w:r w:rsidRPr="009C6F8E">
        <w:rPr>
          <w:rFonts w:ascii="Georgia" w:hAnsi="Georgia"/>
          <w:bCs/>
          <w:sz w:val="24"/>
          <w:szCs w:val="24"/>
        </w:rPr>
        <w:t>Chénier</w:t>
      </w:r>
      <w:proofErr w:type="spellEnd"/>
      <w:r w:rsidRPr="009C6F8E">
        <w:rPr>
          <w:rFonts w:ascii="Georgia" w:hAnsi="Georgia"/>
          <w:bCs/>
          <w:sz w:val="24"/>
          <w:szCs w:val="24"/>
        </w:rPr>
        <w:t>” - Maddalena / Chenier - “</w:t>
      </w:r>
      <w:proofErr w:type="spellStart"/>
      <w:r w:rsidRPr="009C6F8E">
        <w:rPr>
          <w:rFonts w:ascii="Georgia" w:hAnsi="Georgia"/>
          <w:bCs/>
          <w:sz w:val="24"/>
          <w:szCs w:val="24"/>
        </w:rPr>
        <w:t>Vicino</w:t>
      </w:r>
      <w:proofErr w:type="spellEnd"/>
      <w:r w:rsidRPr="009C6F8E">
        <w:rPr>
          <w:rFonts w:ascii="Georgia" w:hAnsi="Georgia"/>
          <w:bCs/>
          <w:sz w:val="24"/>
          <w:szCs w:val="24"/>
        </w:rPr>
        <w:t xml:space="preserve"> a </w:t>
      </w:r>
      <w:proofErr w:type="spellStart"/>
      <w:r w:rsidRPr="009C6F8E">
        <w:rPr>
          <w:rFonts w:ascii="Georgia" w:hAnsi="Georgia"/>
          <w:bCs/>
          <w:sz w:val="24"/>
          <w:szCs w:val="24"/>
        </w:rPr>
        <w:t>te</w:t>
      </w:r>
      <w:proofErr w:type="spellEnd"/>
      <w:r w:rsidRPr="009C6F8E">
        <w:rPr>
          <w:rFonts w:ascii="Georgia" w:hAnsi="Georgia"/>
          <w:bCs/>
          <w:sz w:val="24"/>
          <w:szCs w:val="24"/>
        </w:rPr>
        <w:t xml:space="preserve"> </w:t>
      </w:r>
      <w:proofErr w:type="spellStart"/>
      <w:r w:rsidRPr="009C6F8E">
        <w:rPr>
          <w:rFonts w:ascii="Georgia" w:hAnsi="Georgia"/>
          <w:bCs/>
          <w:sz w:val="24"/>
          <w:szCs w:val="24"/>
        </w:rPr>
        <w:t>s’acqueta</w:t>
      </w:r>
      <w:proofErr w:type="spellEnd"/>
      <w:r w:rsidRPr="009C6F8E">
        <w:rPr>
          <w:rFonts w:ascii="Georgia" w:hAnsi="Georgia"/>
          <w:bCs/>
          <w:sz w:val="24"/>
          <w:szCs w:val="24"/>
        </w:rPr>
        <w:t xml:space="preserve">... La nostra </w:t>
      </w:r>
      <w:proofErr w:type="spellStart"/>
      <w:r w:rsidRPr="009C6F8E">
        <w:rPr>
          <w:rFonts w:ascii="Georgia" w:hAnsi="Georgia"/>
          <w:bCs/>
          <w:sz w:val="24"/>
          <w:szCs w:val="24"/>
        </w:rPr>
        <w:t>morte</w:t>
      </w:r>
      <w:proofErr w:type="spellEnd"/>
      <w:r w:rsidRPr="009C6F8E">
        <w:rPr>
          <w:rFonts w:ascii="Georgia" w:hAnsi="Georgia"/>
          <w:bCs/>
          <w:sz w:val="24"/>
          <w:szCs w:val="24"/>
        </w:rPr>
        <w:t xml:space="preserve">” - soprano / tenor </w:t>
      </w:r>
    </w:p>
    <w:p w14:paraId="5251ABA2" w14:textId="77777777" w:rsidR="009C6F8E" w:rsidRPr="009C6F8E" w:rsidRDefault="009C6F8E" w:rsidP="009C6F8E">
      <w:pPr>
        <w:keepLines/>
        <w:spacing w:after="40"/>
        <w:rPr>
          <w:rFonts w:ascii="Georgia" w:hAnsi="Georgia"/>
          <w:bCs/>
          <w:sz w:val="24"/>
          <w:szCs w:val="24"/>
        </w:rPr>
      </w:pPr>
    </w:p>
    <w:p w14:paraId="7F461E00" w14:textId="77777777" w:rsidR="009C6F8E" w:rsidRPr="009C6F8E" w:rsidRDefault="009C6F8E" w:rsidP="009C6F8E">
      <w:pPr>
        <w:keepLines/>
        <w:spacing w:after="40"/>
        <w:rPr>
          <w:rFonts w:ascii="Georgia" w:hAnsi="Georgia"/>
          <w:bCs/>
          <w:sz w:val="24"/>
          <w:szCs w:val="24"/>
        </w:rPr>
      </w:pPr>
    </w:p>
    <w:p w14:paraId="209604CB" w14:textId="2232507A" w:rsidR="009C6F8E" w:rsidRPr="009C6F8E" w:rsidRDefault="009C6F8E" w:rsidP="009C6F8E">
      <w:pPr>
        <w:keepLines/>
        <w:spacing w:after="40"/>
        <w:rPr>
          <w:rFonts w:ascii="Georgia" w:hAnsi="Georgia"/>
          <w:b/>
          <w:sz w:val="28"/>
          <w:szCs w:val="28"/>
        </w:rPr>
      </w:pPr>
      <w:r w:rsidRPr="009C6F8E">
        <w:rPr>
          <w:rFonts w:ascii="Georgia" w:hAnsi="Georgia"/>
          <w:b/>
          <w:sz w:val="28"/>
          <w:szCs w:val="28"/>
        </w:rPr>
        <w:t xml:space="preserve">Russian composers </w:t>
      </w:r>
    </w:p>
    <w:p w14:paraId="3642AC06" w14:textId="77777777" w:rsidR="009C6F8E" w:rsidRPr="009C6F8E" w:rsidRDefault="009C6F8E" w:rsidP="009C6F8E">
      <w:pPr>
        <w:keepLines/>
        <w:spacing w:after="40"/>
        <w:rPr>
          <w:rFonts w:ascii="Georgia" w:hAnsi="Georgia"/>
          <w:b/>
          <w:sz w:val="24"/>
          <w:szCs w:val="24"/>
        </w:rPr>
      </w:pPr>
      <w:r w:rsidRPr="009C6F8E">
        <w:rPr>
          <w:rFonts w:ascii="Georgia" w:hAnsi="Georgia"/>
          <w:b/>
          <w:sz w:val="24"/>
          <w:szCs w:val="24"/>
        </w:rPr>
        <w:t xml:space="preserve">Alexander Borodin </w:t>
      </w:r>
    </w:p>
    <w:p w14:paraId="36CE3893" w14:textId="77777777" w:rsidR="009C6F8E" w:rsidRPr="009C6F8E" w:rsidRDefault="009C6F8E" w:rsidP="009C6F8E">
      <w:pPr>
        <w:keepLines/>
        <w:spacing w:after="40"/>
        <w:rPr>
          <w:rFonts w:ascii="Georgia" w:hAnsi="Georgia"/>
          <w:bCs/>
          <w:sz w:val="24"/>
          <w:szCs w:val="24"/>
        </w:rPr>
      </w:pPr>
      <w:r w:rsidRPr="009C6F8E">
        <w:rPr>
          <w:rFonts w:ascii="Georgia" w:hAnsi="Georgia"/>
          <w:bCs/>
          <w:sz w:val="24"/>
          <w:szCs w:val="24"/>
        </w:rPr>
        <w:t xml:space="preserve">• “Prince Igor” - </w:t>
      </w:r>
      <w:proofErr w:type="spellStart"/>
      <w:r w:rsidRPr="009C6F8E">
        <w:rPr>
          <w:rFonts w:ascii="Georgia" w:hAnsi="Georgia"/>
          <w:bCs/>
          <w:sz w:val="24"/>
          <w:szCs w:val="24"/>
        </w:rPr>
        <w:t>Konchakovna</w:t>
      </w:r>
      <w:proofErr w:type="spellEnd"/>
      <w:r w:rsidRPr="009C6F8E">
        <w:rPr>
          <w:rFonts w:ascii="Georgia" w:hAnsi="Georgia"/>
          <w:bCs/>
          <w:sz w:val="24"/>
          <w:szCs w:val="24"/>
        </w:rPr>
        <w:t xml:space="preserve"> / Vladimir </w:t>
      </w:r>
      <w:proofErr w:type="spellStart"/>
      <w:r w:rsidRPr="009C6F8E">
        <w:rPr>
          <w:rFonts w:ascii="Georgia" w:hAnsi="Georgia"/>
          <w:bCs/>
          <w:sz w:val="24"/>
          <w:szCs w:val="24"/>
        </w:rPr>
        <w:t>Igorevich</w:t>
      </w:r>
      <w:proofErr w:type="spellEnd"/>
      <w:r w:rsidRPr="009C6F8E">
        <w:rPr>
          <w:rFonts w:ascii="Georgia" w:hAnsi="Georgia"/>
          <w:bCs/>
          <w:sz w:val="24"/>
          <w:szCs w:val="24"/>
        </w:rPr>
        <w:t xml:space="preserve"> - «</w:t>
      </w:r>
      <w:r w:rsidRPr="009C6F8E">
        <w:rPr>
          <w:rFonts w:ascii="Georgia" w:hAnsi="Georgia"/>
          <w:bCs/>
          <w:sz w:val="24"/>
          <w:szCs w:val="24"/>
          <w:lang w:val="ru-RU"/>
        </w:rPr>
        <w:t>Ты</w:t>
      </w:r>
      <w:r w:rsidRPr="009C6F8E">
        <w:rPr>
          <w:rFonts w:ascii="Georgia" w:hAnsi="Georgia"/>
          <w:bCs/>
          <w:sz w:val="24"/>
          <w:szCs w:val="24"/>
        </w:rPr>
        <w:t xml:space="preserve"> </w:t>
      </w:r>
      <w:r w:rsidRPr="009C6F8E">
        <w:rPr>
          <w:rFonts w:ascii="Georgia" w:hAnsi="Georgia"/>
          <w:bCs/>
          <w:sz w:val="24"/>
          <w:szCs w:val="24"/>
          <w:lang w:val="ru-RU"/>
        </w:rPr>
        <w:t>ли</w:t>
      </w:r>
      <w:r w:rsidRPr="009C6F8E">
        <w:rPr>
          <w:rFonts w:ascii="Georgia" w:hAnsi="Georgia"/>
          <w:bCs/>
          <w:sz w:val="24"/>
          <w:szCs w:val="24"/>
        </w:rPr>
        <w:t xml:space="preserve">, </w:t>
      </w:r>
      <w:r w:rsidRPr="009C6F8E">
        <w:rPr>
          <w:rFonts w:ascii="Georgia" w:hAnsi="Georgia"/>
          <w:bCs/>
          <w:sz w:val="24"/>
          <w:szCs w:val="24"/>
          <w:lang w:val="ru-RU"/>
        </w:rPr>
        <w:t>Владимир</w:t>
      </w:r>
      <w:r w:rsidRPr="009C6F8E">
        <w:rPr>
          <w:rFonts w:ascii="Georgia" w:hAnsi="Georgia"/>
          <w:bCs/>
          <w:sz w:val="24"/>
          <w:szCs w:val="24"/>
        </w:rPr>
        <w:t xml:space="preserve"> </w:t>
      </w:r>
      <w:r w:rsidRPr="009C6F8E">
        <w:rPr>
          <w:rFonts w:ascii="Georgia" w:hAnsi="Georgia"/>
          <w:bCs/>
          <w:sz w:val="24"/>
          <w:szCs w:val="24"/>
          <w:lang w:val="ru-RU"/>
        </w:rPr>
        <w:t>мой</w:t>
      </w:r>
      <w:r w:rsidRPr="009C6F8E">
        <w:rPr>
          <w:rFonts w:ascii="Georgia" w:hAnsi="Georgia"/>
          <w:bCs/>
          <w:sz w:val="24"/>
          <w:szCs w:val="24"/>
        </w:rPr>
        <w:t xml:space="preserve">…» - mezzo-soprano / tenor </w:t>
      </w:r>
    </w:p>
    <w:p w14:paraId="205D2371" w14:textId="77777777" w:rsidR="009C6F8E" w:rsidRPr="009C6F8E" w:rsidRDefault="009C6F8E" w:rsidP="009C6F8E">
      <w:pPr>
        <w:keepLines/>
        <w:spacing w:after="40"/>
        <w:rPr>
          <w:rFonts w:ascii="Georgia" w:hAnsi="Georgia"/>
          <w:b/>
          <w:sz w:val="24"/>
          <w:szCs w:val="24"/>
        </w:rPr>
      </w:pPr>
      <w:r w:rsidRPr="009C6F8E">
        <w:rPr>
          <w:rFonts w:ascii="Georgia" w:hAnsi="Georgia"/>
          <w:b/>
          <w:sz w:val="24"/>
          <w:szCs w:val="24"/>
        </w:rPr>
        <w:t xml:space="preserve">Modest Mussorgsky </w:t>
      </w:r>
    </w:p>
    <w:p w14:paraId="302556D5" w14:textId="4DC925A8" w:rsidR="009C6F8E" w:rsidRPr="00FB4500" w:rsidRDefault="009C6F8E" w:rsidP="009C6F8E">
      <w:pPr>
        <w:keepLines/>
        <w:spacing w:after="40"/>
        <w:rPr>
          <w:rFonts w:ascii="Georgia" w:hAnsi="Georgia"/>
          <w:bCs/>
          <w:sz w:val="24"/>
          <w:szCs w:val="24"/>
          <w:lang w:val="ru-RU"/>
        </w:rPr>
      </w:pPr>
      <w:r w:rsidRPr="009C6F8E">
        <w:rPr>
          <w:rFonts w:ascii="Georgia" w:hAnsi="Georgia"/>
          <w:bCs/>
          <w:sz w:val="24"/>
          <w:szCs w:val="24"/>
        </w:rPr>
        <w:t xml:space="preserve">• “Boris Godunov” - Marina </w:t>
      </w:r>
      <w:proofErr w:type="spellStart"/>
      <w:r w:rsidRPr="009C6F8E">
        <w:rPr>
          <w:rFonts w:ascii="Georgia" w:hAnsi="Georgia"/>
          <w:bCs/>
          <w:sz w:val="24"/>
          <w:szCs w:val="24"/>
        </w:rPr>
        <w:t>Mnishek</w:t>
      </w:r>
      <w:proofErr w:type="spellEnd"/>
      <w:r w:rsidRPr="009C6F8E">
        <w:rPr>
          <w:rFonts w:ascii="Georgia" w:hAnsi="Georgia"/>
          <w:bCs/>
          <w:sz w:val="24"/>
          <w:szCs w:val="24"/>
        </w:rPr>
        <w:t xml:space="preserve"> / The Pretender - scene by the fountain</w:t>
      </w:r>
      <w:r w:rsidR="00827ED2" w:rsidRPr="00827ED2">
        <w:rPr>
          <w:rFonts w:ascii="Georgia" w:hAnsi="Georgia"/>
          <w:bCs/>
          <w:sz w:val="24"/>
          <w:szCs w:val="24"/>
        </w:rPr>
        <w:t xml:space="preserve"> </w:t>
      </w:r>
      <w:r w:rsidRPr="009C6F8E">
        <w:rPr>
          <w:rFonts w:ascii="Georgia" w:hAnsi="Georgia"/>
          <w:bCs/>
          <w:sz w:val="24"/>
          <w:szCs w:val="24"/>
        </w:rPr>
        <w:t>«</w:t>
      </w:r>
      <w:proofErr w:type="gramStart"/>
      <w:r w:rsidR="00FB4500" w:rsidRPr="004840F8">
        <w:rPr>
          <w:rFonts w:ascii="Georgia" w:hAnsi="Georgia"/>
          <w:sz w:val="24"/>
          <w:lang w:val="ru-RU"/>
        </w:rPr>
        <w:t>Димитрий</w:t>
      </w:r>
      <w:r w:rsidR="00FB4500" w:rsidRPr="00FB4500">
        <w:rPr>
          <w:rFonts w:ascii="Georgia" w:hAnsi="Georgia"/>
          <w:sz w:val="24"/>
        </w:rPr>
        <w:t>!…</w:t>
      </w:r>
      <w:proofErr w:type="gramEnd"/>
      <w:r w:rsidR="00FB4500" w:rsidRPr="00FB4500">
        <w:rPr>
          <w:rFonts w:ascii="Georgia" w:hAnsi="Georgia"/>
          <w:sz w:val="24"/>
        </w:rPr>
        <w:t xml:space="preserve"> </w:t>
      </w:r>
      <w:r w:rsidR="00FB4500" w:rsidRPr="004840F8">
        <w:rPr>
          <w:rFonts w:ascii="Georgia" w:hAnsi="Georgia"/>
          <w:sz w:val="24"/>
          <w:lang w:val="ru-RU"/>
        </w:rPr>
        <w:t>Она</w:t>
      </w:r>
      <w:r w:rsidR="00FB4500" w:rsidRPr="00827ED2">
        <w:rPr>
          <w:rFonts w:ascii="Georgia" w:hAnsi="Georgia"/>
          <w:sz w:val="24"/>
        </w:rPr>
        <w:t xml:space="preserve">! </w:t>
      </w:r>
      <w:r w:rsidR="00FB4500" w:rsidRPr="004840F8">
        <w:rPr>
          <w:rFonts w:ascii="Georgia" w:hAnsi="Georgia"/>
          <w:sz w:val="24"/>
          <w:lang w:val="ru-RU"/>
        </w:rPr>
        <w:t>Марина! Здесь моя голубка, красавица моя!</w:t>
      </w:r>
      <w:r w:rsidRPr="00FB4500">
        <w:rPr>
          <w:rFonts w:ascii="Georgia" w:hAnsi="Georgia"/>
          <w:bCs/>
          <w:sz w:val="24"/>
          <w:szCs w:val="24"/>
          <w:lang w:val="ru-RU"/>
        </w:rPr>
        <w:t xml:space="preserve">» - </w:t>
      </w:r>
      <w:r w:rsidRPr="009C6F8E">
        <w:rPr>
          <w:rFonts w:ascii="Georgia" w:hAnsi="Georgia"/>
          <w:bCs/>
          <w:sz w:val="24"/>
          <w:szCs w:val="24"/>
        </w:rPr>
        <w:t>mezzo</w:t>
      </w:r>
      <w:r w:rsidRPr="00FB4500">
        <w:rPr>
          <w:rFonts w:ascii="Georgia" w:hAnsi="Georgia"/>
          <w:bCs/>
          <w:sz w:val="24"/>
          <w:szCs w:val="24"/>
          <w:lang w:val="ru-RU"/>
        </w:rPr>
        <w:t>-</w:t>
      </w:r>
      <w:r w:rsidRPr="009C6F8E">
        <w:rPr>
          <w:rFonts w:ascii="Georgia" w:hAnsi="Georgia"/>
          <w:bCs/>
          <w:sz w:val="24"/>
          <w:szCs w:val="24"/>
        </w:rPr>
        <w:t>soprano</w:t>
      </w:r>
      <w:r w:rsidRPr="00FB4500">
        <w:rPr>
          <w:rFonts w:ascii="Georgia" w:hAnsi="Georgia"/>
          <w:bCs/>
          <w:sz w:val="24"/>
          <w:szCs w:val="24"/>
          <w:lang w:val="ru-RU"/>
        </w:rPr>
        <w:t xml:space="preserve"> / </w:t>
      </w:r>
      <w:r w:rsidRPr="009C6F8E">
        <w:rPr>
          <w:rFonts w:ascii="Georgia" w:hAnsi="Georgia"/>
          <w:bCs/>
          <w:sz w:val="24"/>
          <w:szCs w:val="24"/>
        </w:rPr>
        <w:t>tenor</w:t>
      </w:r>
    </w:p>
    <w:p w14:paraId="765520AF" w14:textId="0DCDF7E1" w:rsidR="00BC0920" w:rsidRPr="00EF211A" w:rsidRDefault="00000000">
      <w:pPr>
        <w:keepLines/>
        <w:spacing w:after="40"/>
        <w:rPr>
          <w:rFonts w:ascii="Georgia" w:hAnsi="Georgia"/>
          <w:sz w:val="24"/>
          <w:szCs w:val="24"/>
        </w:rPr>
      </w:pPr>
      <w:r w:rsidRPr="00B70929">
        <w:rPr>
          <w:rFonts w:ascii="Georgia" w:hAnsi="Georgia"/>
          <w:sz w:val="24"/>
          <w:szCs w:val="24"/>
        </w:rPr>
        <w:t>• “</w:t>
      </w:r>
      <w:proofErr w:type="spellStart"/>
      <w:r w:rsidRPr="00B70929">
        <w:rPr>
          <w:rFonts w:ascii="Georgia" w:hAnsi="Georgia"/>
          <w:sz w:val="24"/>
          <w:szCs w:val="24"/>
        </w:rPr>
        <w:t>Khovanshchina</w:t>
      </w:r>
      <w:proofErr w:type="spellEnd"/>
      <w:r w:rsidRPr="00B70929">
        <w:rPr>
          <w:rFonts w:ascii="Georgia" w:hAnsi="Georgia"/>
          <w:sz w:val="24"/>
          <w:szCs w:val="24"/>
        </w:rPr>
        <w:t xml:space="preserve">” - </w:t>
      </w:r>
      <w:proofErr w:type="spellStart"/>
      <w:r w:rsidRPr="00B70929">
        <w:rPr>
          <w:rFonts w:ascii="Georgia" w:hAnsi="Georgia"/>
          <w:sz w:val="24"/>
          <w:szCs w:val="24"/>
        </w:rPr>
        <w:t>Golitsyn</w:t>
      </w:r>
      <w:proofErr w:type="spellEnd"/>
      <w:r w:rsidRPr="00B70929">
        <w:rPr>
          <w:rFonts w:ascii="Georgia" w:hAnsi="Georgia"/>
          <w:sz w:val="24"/>
          <w:szCs w:val="24"/>
        </w:rPr>
        <w:t xml:space="preserve"> / </w:t>
      </w:r>
      <w:proofErr w:type="spellStart"/>
      <w:r w:rsidRPr="00B70929">
        <w:rPr>
          <w:rFonts w:ascii="Georgia" w:hAnsi="Georgia"/>
          <w:sz w:val="24"/>
          <w:szCs w:val="24"/>
        </w:rPr>
        <w:t>Khovansky</w:t>
      </w:r>
      <w:proofErr w:type="spellEnd"/>
      <w:r w:rsidRPr="00B70929">
        <w:rPr>
          <w:rFonts w:ascii="Georgia" w:hAnsi="Georgia"/>
          <w:sz w:val="24"/>
          <w:szCs w:val="24"/>
        </w:rPr>
        <w:t xml:space="preserve"> - </w:t>
      </w:r>
      <w:r w:rsidR="00DF7408" w:rsidRPr="00DF7408">
        <w:rPr>
          <w:rFonts w:ascii="Georgia" w:hAnsi="Georgia"/>
          <w:sz w:val="24"/>
          <w:szCs w:val="24"/>
        </w:rPr>
        <w:t>«</w:t>
      </w:r>
      <w:r w:rsidR="00DF7408" w:rsidRPr="00597757">
        <w:rPr>
          <w:rFonts w:ascii="Georgia" w:hAnsi="Georgia"/>
          <w:sz w:val="24"/>
          <w:szCs w:val="24"/>
          <w:lang w:val="ru-RU"/>
        </w:rPr>
        <w:t>А</w:t>
      </w:r>
      <w:r w:rsidR="00DF7408" w:rsidRPr="00DF7408">
        <w:rPr>
          <w:rFonts w:ascii="Georgia" w:hAnsi="Georgia"/>
          <w:sz w:val="24"/>
          <w:szCs w:val="24"/>
        </w:rPr>
        <w:t xml:space="preserve"> </w:t>
      </w:r>
      <w:r w:rsidR="00DF7408" w:rsidRPr="00597757">
        <w:rPr>
          <w:rFonts w:ascii="Georgia" w:hAnsi="Georgia"/>
          <w:sz w:val="24"/>
          <w:szCs w:val="24"/>
          <w:lang w:val="ru-RU"/>
        </w:rPr>
        <w:t>мы</w:t>
      </w:r>
      <w:r w:rsidR="00DF7408" w:rsidRPr="00DF7408">
        <w:rPr>
          <w:rFonts w:ascii="Georgia" w:hAnsi="Georgia"/>
          <w:sz w:val="24"/>
          <w:szCs w:val="24"/>
        </w:rPr>
        <w:t xml:space="preserve"> </w:t>
      </w:r>
      <w:r w:rsidR="00DF7408" w:rsidRPr="00597757">
        <w:rPr>
          <w:rFonts w:ascii="Georgia" w:hAnsi="Georgia"/>
          <w:sz w:val="24"/>
          <w:szCs w:val="24"/>
          <w:lang w:val="ru-RU"/>
        </w:rPr>
        <w:t>без</w:t>
      </w:r>
      <w:r w:rsidR="00DF7408" w:rsidRPr="00DF7408">
        <w:rPr>
          <w:rFonts w:ascii="Georgia" w:hAnsi="Georgia"/>
          <w:sz w:val="24"/>
          <w:szCs w:val="24"/>
        </w:rPr>
        <w:t xml:space="preserve"> </w:t>
      </w:r>
      <w:r w:rsidR="00DF7408" w:rsidRPr="00597757">
        <w:rPr>
          <w:rFonts w:ascii="Georgia" w:hAnsi="Georgia"/>
          <w:sz w:val="24"/>
          <w:szCs w:val="24"/>
          <w:lang w:val="ru-RU"/>
        </w:rPr>
        <w:t>доклада</w:t>
      </w:r>
      <w:r w:rsidR="00DF7408" w:rsidRPr="00DF7408">
        <w:rPr>
          <w:rFonts w:ascii="Georgia" w:hAnsi="Georgia"/>
          <w:sz w:val="24"/>
          <w:szCs w:val="24"/>
        </w:rPr>
        <w:t xml:space="preserve">, </w:t>
      </w:r>
      <w:r w:rsidR="00DF7408" w:rsidRPr="00597757">
        <w:rPr>
          <w:rFonts w:ascii="Georgia" w:hAnsi="Georgia"/>
          <w:sz w:val="24"/>
          <w:szCs w:val="24"/>
          <w:lang w:val="ru-RU"/>
        </w:rPr>
        <w:t>князь</w:t>
      </w:r>
      <w:r w:rsidR="00DF7408" w:rsidRPr="00DF7408">
        <w:rPr>
          <w:rFonts w:ascii="Georgia" w:hAnsi="Georgia"/>
          <w:sz w:val="24"/>
          <w:szCs w:val="24"/>
        </w:rPr>
        <w:t xml:space="preserve">» </w:t>
      </w:r>
      <w:r w:rsidRPr="00B70929">
        <w:rPr>
          <w:rFonts w:ascii="Georgia" w:hAnsi="Georgia"/>
          <w:sz w:val="24"/>
          <w:szCs w:val="24"/>
        </w:rPr>
        <w:t xml:space="preserve">before </w:t>
      </w:r>
      <w:proofErr w:type="spellStart"/>
      <w:r w:rsidRPr="00B70929">
        <w:rPr>
          <w:rFonts w:ascii="Georgia" w:hAnsi="Georgia"/>
          <w:sz w:val="24"/>
          <w:szCs w:val="24"/>
        </w:rPr>
        <w:t>Dosifey’s</w:t>
      </w:r>
      <w:proofErr w:type="spellEnd"/>
      <w:r w:rsidRPr="00B70929">
        <w:rPr>
          <w:rFonts w:ascii="Georgia" w:hAnsi="Georgia"/>
          <w:sz w:val="24"/>
          <w:szCs w:val="24"/>
        </w:rPr>
        <w:t xml:space="preserve"> appearance - tenor / bass</w:t>
      </w:r>
    </w:p>
    <w:p w14:paraId="3AD3DCA0" w14:textId="77777777" w:rsidR="00BC0920" w:rsidRPr="00B70929" w:rsidRDefault="00000000">
      <w:pPr>
        <w:spacing w:before="80" w:after="20"/>
        <w:rPr>
          <w:rFonts w:ascii="Georgia" w:hAnsi="Georgia"/>
          <w:sz w:val="24"/>
          <w:szCs w:val="24"/>
        </w:rPr>
      </w:pPr>
      <w:r w:rsidRPr="00B70929">
        <w:rPr>
          <w:rFonts w:ascii="Georgia" w:hAnsi="Georgia"/>
          <w:b/>
          <w:sz w:val="24"/>
          <w:szCs w:val="24"/>
        </w:rPr>
        <w:t>Pyotr Tchaikovsky</w:t>
      </w:r>
    </w:p>
    <w:p w14:paraId="6CC3B41F" w14:textId="285BF22B" w:rsidR="00BC0920" w:rsidRPr="00B70929" w:rsidRDefault="00000000">
      <w:pPr>
        <w:keepLines/>
        <w:spacing w:after="40"/>
        <w:rPr>
          <w:rFonts w:ascii="Georgia" w:hAnsi="Georgia"/>
          <w:sz w:val="24"/>
          <w:szCs w:val="24"/>
        </w:rPr>
      </w:pPr>
      <w:r w:rsidRPr="00B70929">
        <w:rPr>
          <w:rFonts w:ascii="Georgia" w:hAnsi="Georgia"/>
          <w:sz w:val="24"/>
          <w:szCs w:val="24"/>
        </w:rPr>
        <w:t xml:space="preserve">• “Iolanta” - Iolanta / </w:t>
      </w:r>
      <w:proofErr w:type="spellStart"/>
      <w:r w:rsidRPr="00B70929">
        <w:rPr>
          <w:rFonts w:ascii="Georgia" w:hAnsi="Georgia"/>
          <w:sz w:val="24"/>
          <w:szCs w:val="24"/>
        </w:rPr>
        <w:t>Vaudemont</w:t>
      </w:r>
      <w:proofErr w:type="spellEnd"/>
      <w:r w:rsidRPr="00B70929">
        <w:rPr>
          <w:rFonts w:ascii="Georgia" w:hAnsi="Georgia"/>
          <w:sz w:val="24"/>
          <w:szCs w:val="24"/>
        </w:rPr>
        <w:t xml:space="preserve"> - </w:t>
      </w:r>
      <w:r w:rsidR="00DF7408" w:rsidRPr="00DF7408">
        <w:rPr>
          <w:rFonts w:ascii="Georgia" w:hAnsi="Georgia"/>
          <w:sz w:val="24"/>
          <w:szCs w:val="24"/>
        </w:rPr>
        <w:t>«</w:t>
      </w:r>
      <w:r w:rsidR="00DF7408" w:rsidRPr="00597757">
        <w:rPr>
          <w:rFonts w:ascii="Georgia" w:hAnsi="Georgia"/>
          <w:sz w:val="24"/>
          <w:szCs w:val="24"/>
          <w:lang w:val="ru-RU"/>
        </w:rPr>
        <w:t>Твоё</w:t>
      </w:r>
      <w:r w:rsidR="00DF7408" w:rsidRPr="00DF7408">
        <w:rPr>
          <w:rFonts w:ascii="Georgia" w:hAnsi="Georgia"/>
          <w:sz w:val="24"/>
          <w:szCs w:val="24"/>
        </w:rPr>
        <w:t xml:space="preserve"> </w:t>
      </w:r>
      <w:r w:rsidR="00DF7408" w:rsidRPr="00597757">
        <w:rPr>
          <w:rFonts w:ascii="Georgia" w:hAnsi="Georgia"/>
          <w:sz w:val="24"/>
          <w:szCs w:val="24"/>
          <w:lang w:val="ru-RU"/>
        </w:rPr>
        <w:t>молчанье</w:t>
      </w:r>
      <w:r w:rsidR="00DF7408" w:rsidRPr="00DF7408">
        <w:rPr>
          <w:rFonts w:ascii="Georgia" w:hAnsi="Georgia"/>
          <w:sz w:val="24"/>
          <w:szCs w:val="24"/>
        </w:rPr>
        <w:t xml:space="preserve"> </w:t>
      </w:r>
      <w:r w:rsidR="00DF7408" w:rsidRPr="00597757">
        <w:rPr>
          <w:rFonts w:ascii="Georgia" w:hAnsi="Georgia"/>
          <w:sz w:val="24"/>
          <w:szCs w:val="24"/>
          <w:lang w:val="ru-RU"/>
        </w:rPr>
        <w:t>непонятно</w:t>
      </w:r>
      <w:r w:rsidR="00DF7408" w:rsidRPr="00DF7408">
        <w:rPr>
          <w:rFonts w:ascii="Georgia" w:hAnsi="Georgia"/>
          <w:sz w:val="24"/>
          <w:szCs w:val="24"/>
        </w:rPr>
        <w:t xml:space="preserve">» </w:t>
      </w:r>
      <w:r w:rsidRPr="00B70929">
        <w:rPr>
          <w:rFonts w:ascii="Georgia" w:hAnsi="Georgia"/>
          <w:sz w:val="24"/>
          <w:szCs w:val="24"/>
        </w:rPr>
        <w:t>- soprano / tenor</w:t>
      </w:r>
    </w:p>
    <w:p w14:paraId="2AE20CD6" w14:textId="6AFC511C" w:rsidR="00BC0920" w:rsidRPr="00B70929" w:rsidRDefault="00000000">
      <w:pPr>
        <w:keepLines/>
        <w:spacing w:after="40"/>
        <w:rPr>
          <w:rFonts w:ascii="Georgia" w:hAnsi="Georgia"/>
          <w:sz w:val="24"/>
          <w:szCs w:val="24"/>
        </w:rPr>
      </w:pPr>
      <w:r w:rsidRPr="00B70929">
        <w:rPr>
          <w:rFonts w:ascii="Georgia" w:hAnsi="Georgia"/>
          <w:sz w:val="24"/>
          <w:szCs w:val="24"/>
        </w:rPr>
        <w:t xml:space="preserve">• “The Queen of Spades” - Lisa / German - </w:t>
      </w:r>
      <w:r w:rsidR="00DF7408" w:rsidRPr="00DF7408">
        <w:rPr>
          <w:rFonts w:ascii="Georgia" w:hAnsi="Georgia"/>
          <w:sz w:val="24"/>
          <w:szCs w:val="24"/>
        </w:rPr>
        <w:t>«</w:t>
      </w:r>
      <w:r w:rsidR="00DF7408">
        <w:rPr>
          <w:rFonts w:ascii="Georgia" w:hAnsi="Georgia"/>
          <w:sz w:val="24"/>
          <w:szCs w:val="24"/>
          <w:lang w:val="ru-RU"/>
        </w:rPr>
        <w:t>Ты</w:t>
      </w:r>
      <w:r w:rsidR="00DF7408" w:rsidRPr="00DF7408">
        <w:rPr>
          <w:rFonts w:ascii="Georgia" w:hAnsi="Georgia"/>
          <w:sz w:val="24"/>
          <w:szCs w:val="24"/>
        </w:rPr>
        <w:t xml:space="preserve"> </w:t>
      </w:r>
      <w:r w:rsidR="00DF7408">
        <w:rPr>
          <w:rFonts w:ascii="Georgia" w:hAnsi="Georgia"/>
          <w:sz w:val="24"/>
          <w:szCs w:val="24"/>
          <w:lang w:val="ru-RU"/>
        </w:rPr>
        <w:t>здесь</w:t>
      </w:r>
      <w:r w:rsidR="00DF7408" w:rsidRPr="00DF7408">
        <w:rPr>
          <w:rFonts w:ascii="Georgia" w:hAnsi="Georgia"/>
          <w:sz w:val="24"/>
          <w:szCs w:val="24"/>
        </w:rPr>
        <w:t xml:space="preserve">, </w:t>
      </w:r>
      <w:r w:rsidR="00DF7408">
        <w:rPr>
          <w:rFonts w:ascii="Georgia" w:hAnsi="Georgia"/>
          <w:sz w:val="24"/>
          <w:szCs w:val="24"/>
          <w:lang w:val="ru-RU"/>
        </w:rPr>
        <w:t>ты</w:t>
      </w:r>
      <w:r w:rsidR="00DF7408" w:rsidRPr="00DF7408">
        <w:rPr>
          <w:rFonts w:ascii="Georgia" w:hAnsi="Georgia"/>
          <w:sz w:val="24"/>
          <w:szCs w:val="24"/>
        </w:rPr>
        <w:t xml:space="preserve"> </w:t>
      </w:r>
      <w:r w:rsidR="00DF7408">
        <w:rPr>
          <w:rFonts w:ascii="Georgia" w:hAnsi="Georgia"/>
          <w:sz w:val="24"/>
          <w:szCs w:val="24"/>
          <w:lang w:val="ru-RU"/>
        </w:rPr>
        <w:t>здесь</w:t>
      </w:r>
      <w:r w:rsidR="00DF7408" w:rsidRPr="00DF7408">
        <w:rPr>
          <w:rFonts w:ascii="Georgia" w:hAnsi="Georgia"/>
          <w:sz w:val="24"/>
          <w:szCs w:val="24"/>
        </w:rPr>
        <w:t xml:space="preserve">, </w:t>
      </w:r>
      <w:r w:rsidR="00DF7408">
        <w:rPr>
          <w:rFonts w:ascii="Georgia" w:hAnsi="Georgia"/>
          <w:sz w:val="24"/>
          <w:szCs w:val="24"/>
          <w:lang w:val="ru-RU"/>
        </w:rPr>
        <w:t>ты</w:t>
      </w:r>
      <w:r w:rsidR="00DF7408" w:rsidRPr="00DF7408">
        <w:rPr>
          <w:rFonts w:ascii="Georgia" w:hAnsi="Georgia"/>
          <w:sz w:val="24"/>
          <w:szCs w:val="24"/>
        </w:rPr>
        <w:t xml:space="preserve"> </w:t>
      </w:r>
      <w:r w:rsidR="00DF7408">
        <w:rPr>
          <w:rFonts w:ascii="Georgia" w:hAnsi="Georgia"/>
          <w:sz w:val="24"/>
          <w:szCs w:val="24"/>
          <w:lang w:val="ru-RU"/>
        </w:rPr>
        <w:t>не</w:t>
      </w:r>
      <w:r w:rsidR="00DF7408" w:rsidRPr="00DF7408">
        <w:rPr>
          <w:rFonts w:ascii="Georgia" w:hAnsi="Georgia"/>
          <w:sz w:val="24"/>
          <w:szCs w:val="24"/>
        </w:rPr>
        <w:t xml:space="preserve"> </w:t>
      </w:r>
      <w:r w:rsidR="00DF7408">
        <w:rPr>
          <w:rFonts w:ascii="Georgia" w:hAnsi="Georgia"/>
          <w:sz w:val="24"/>
          <w:szCs w:val="24"/>
          <w:lang w:val="ru-RU"/>
        </w:rPr>
        <w:t>злодей</w:t>
      </w:r>
      <w:r w:rsidR="00DF7408" w:rsidRPr="00DF7408">
        <w:rPr>
          <w:rFonts w:ascii="Georgia" w:hAnsi="Georgia"/>
          <w:sz w:val="24"/>
          <w:szCs w:val="24"/>
        </w:rPr>
        <w:t xml:space="preserve">» </w:t>
      </w:r>
      <w:r w:rsidRPr="00B70929">
        <w:rPr>
          <w:rFonts w:ascii="Georgia" w:hAnsi="Georgia"/>
          <w:sz w:val="24"/>
          <w:szCs w:val="24"/>
        </w:rPr>
        <w:t>- soprano / tenor</w:t>
      </w:r>
    </w:p>
    <w:p w14:paraId="3D134615" w14:textId="2BBED951" w:rsidR="00BC0920" w:rsidRPr="004C4E6E" w:rsidRDefault="00000000">
      <w:pPr>
        <w:keepLines/>
        <w:spacing w:after="40"/>
        <w:rPr>
          <w:rFonts w:ascii="Georgia" w:hAnsi="Georgia"/>
          <w:sz w:val="24"/>
          <w:szCs w:val="24"/>
        </w:rPr>
      </w:pPr>
      <w:r w:rsidRPr="00B70929">
        <w:rPr>
          <w:rFonts w:ascii="Georgia" w:hAnsi="Georgia"/>
          <w:sz w:val="24"/>
          <w:szCs w:val="24"/>
        </w:rPr>
        <w:t xml:space="preserve">• “The Maid of Orleans” - Joanna / Lionel - </w:t>
      </w:r>
      <w:r w:rsidR="00DF7408" w:rsidRPr="00DF7408">
        <w:rPr>
          <w:rFonts w:ascii="Georgia" w:hAnsi="Georgia"/>
          <w:sz w:val="24"/>
          <w:szCs w:val="24"/>
        </w:rPr>
        <w:t>«</w:t>
      </w:r>
      <w:r w:rsidR="00DF7408">
        <w:rPr>
          <w:rFonts w:ascii="Georgia" w:hAnsi="Georgia"/>
          <w:sz w:val="24"/>
          <w:szCs w:val="24"/>
          <w:lang w:val="ru-RU"/>
        </w:rPr>
        <w:t>Стой</w:t>
      </w:r>
      <w:r w:rsidR="00DF7408" w:rsidRPr="00DF7408">
        <w:rPr>
          <w:rFonts w:ascii="Georgia" w:hAnsi="Georgia"/>
          <w:sz w:val="24"/>
          <w:szCs w:val="24"/>
        </w:rPr>
        <w:t xml:space="preserve">, </w:t>
      </w:r>
      <w:r w:rsidR="00DF7408">
        <w:rPr>
          <w:rFonts w:ascii="Georgia" w:hAnsi="Georgia"/>
          <w:sz w:val="24"/>
          <w:szCs w:val="24"/>
          <w:lang w:val="ru-RU"/>
        </w:rPr>
        <w:t>стой</w:t>
      </w:r>
      <w:r w:rsidR="00DF7408" w:rsidRPr="00DF7408">
        <w:rPr>
          <w:rFonts w:ascii="Georgia" w:hAnsi="Georgia"/>
          <w:sz w:val="24"/>
          <w:szCs w:val="24"/>
        </w:rPr>
        <w:t xml:space="preserve">, </w:t>
      </w:r>
      <w:r w:rsidR="00DF7408">
        <w:rPr>
          <w:rFonts w:ascii="Georgia" w:hAnsi="Georgia"/>
          <w:sz w:val="24"/>
          <w:szCs w:val="24"/>
          <w:lang w:val="ru-RU"/>
        </w:rPr>
        <w:t>ты</w:t>
      </w:r>
      <w:r w:rsidR="00DF7408" w:rsidRPr="00DF7408">
        <w:rPr>
          <w:rFonts w:ascii="Georgia" w:hAnsi="Georgia"/>
          <w:sz w:val="24"/>
          <w:szCs w:val="24"/>
        </w:rPr>
        <w:t xml:space="preserve"> </w:t>
      </w:r>
      <w:r w:rsidR="00DF7408">
        <w:rPr>
          <w:rFonts w:ascii="Georgia" w:hAnsi="Georgia"/>
          <w:sz w:val="24"/>
          <w:szCs w:val="24"/>
          <w:lang w:val="ru-RU"/>
        </w:rPr>
        <w:t>погиб</w:t>
      </w:r>
      <w:r w:rsidR="00DF7408" w:rsidRPr="00DF7408">
        <w:rPr>
          <w:rFonts w:ascii="Georgia" w:hAnsi="Georgia"/>
          <w:sz w:val="24"/>
          <w:szCs w:val="24"/>
        </w:rPr>
        <w:t xml:space="preserve">» </w:t>
      </w:r>
      <w:r w:rsidRPr="00B70929">
        <w:rPr>
          <w:rFonts w:ascii="Georgia" w:hAnsi="Georgia"/>
          <w:sz w:val="24"/>
          <w:szCs w:val="24"/>
        </w:rPr>
        <w:t>- mezzo-soprano (soprano) / baritone</w:t>
      </w:r>
    </w:p>
    <w:p w14:paraId="7657EF57" w14:textId="7BFEB294" w:rsidR="00A23FD3" w:rsidRPr="00713952" w:rsidRDefault="00A23FD3">
      <w:pPr>
        <w:keepLines/>
        <w:spacing w:after="40"/>
        <w:rPr>
          <w:rFonts w:ascii="Georgia" w:hAnsi="Georgia"/>
          <w:sz w:val="24"/>
          <w:szCs w:val="24"/>
          <w:lang w:val="ru-RU"/>
        </w:rPr>
      </w:pPr>
      <w:r w:rsidRPr="004C4E6E">
        <w:rPr>
          <w:rFonts w:ascii="Georgia" w:hAnsi="Georgia"/>
          <w:sz w:val="24"/>
          <w:szCs w:val="24"/>
        </w:rPr>
        <w:t>• “</w:t>
      </w:r>
      <w:proofErr w:type="spellStart"/>
      <w:r w:rsidRPr="00A23FD3">
        <w:rPr>
          <w:rFonts w:ascii="Georgia" w:hAnsi="Georgia"/>
          <w:sz w:val="24"/>
          <w:szCs w:val="24"/>
        </w:rPr>
        <w:t>Cherevichki</w:t>
      </w:r>
      <w:proofErr w:type="spellEnd"/>
      <w:r w:rsidRPr="004C4E6E">
        <w:rPr>
          <w:rFonts w:ascii="Georgia" w:hAnsi="Georgia"/>
          <w:sz w:val="24"/>
          <w:szCs w:val="24"/>
        </w:rPr>
        <w:t xml:space="preserve">” - </w:t>
      </w:r>
      <w:r w:rsidRPr="00A23FD3">
        <w:rPr>
          <w:rFonts w:ascii="Georgia" w:hAnsi="Georgia"/>
          <w:sz w:val="24"/>
          <w:szCs w:val="24"/>
        </w:rPr>
        <w:t>Oksana</w:t>
      </w:r>
      <w:r w:rsidRPr="004C4E6E">
        <w:rPr>
          <w:rFonts w:ascii="Georgia" w:hAnsi="Georgia"/>
          <w:sz w:val="24"/>
          <w:szCs w:val="24"/>
        </w:rPr>
        <w:t xml:space="preserve"> / </w:t>
      </w:r>
      <w:proofErr w:type="spellStart"/>
      <w:r w:rsidRPr="00A23FD3">
        <w:rPr>
          <w:rFonts w:ascii="Georgia" w:hAnsi="Georgia"/>
          <w:sz w:val="24"/>
          <w:szCs w:val="24"/>
        </w:rPr>
        <w:t>Vakula</w:t>
      </w:r>
      <w:proofErr w:type="spellEnd"/>
      <w:r w:rsidRPr="004C4E6E">
        <w:rPr>
          <w:rFonts w:ascii="Georgia" w:hAnsi="Georgia"/>
          <w:sz w:val="24"/>
          <w:szCs w:val="24"/>
        </w:rPr>
        <w:t xml:space="preserve"> - «</w:t>
      </w:r>
      <w:r w:rsidRPr="00A23FD3">
        <w:rPr>
          <w:rFonts w:ascii="Georgia" w:hAnsi="Georgia"/>
          <w:sz w:val="24"/>
          <w:szCs w:val="24"/>
          <w:lang w:val="ru-RU"/>
        </w:rPr>
        <w:t>Что</w:t>
      </w:r>
      <w:r w:rsidRPr="004C4E6E">
        <w:rPr>
          <w:rFonts w:ascii="Georgia" w:hAnsi="Georgia"/>
          <w:sz w:val="24"/>
          <w:szCs w:val="24"/>
        </w:rPr>
        <w:t xml:space="preserve"> </w:t>
      </w:r>
      <w:r w:rsidRPr="00A23FD3">
        <w:rPr>
          <w:rFonts w:ascii="Georgia" w:hAnsi="Georgia"/>
          <w:sz w:val="24"/>
          <w:szCs w:val="24"/>
          <w:lang w:val="ru-RU"/>
        </w:rPr>
        <w:t>тут</w:t>
      </w:r>
      <w:r w:rsidRPr="004C4E6E">
        <w:rPr>
          <w:rFonts w:ascii="Georgia" w:hAnsi="Georgia"/>
          <w:sz w:val="24"/>
          <w:szCs w:val="24"/>
        </w:rPr>
        <w:t xml:space="preserve"> </w:t>
      </w:r>
      <w:r w:rsidRPr="00A23FD3">
        <w:rPr>
          <w:rFonts w:ascii="Georgia" w:hAnsi="Georgia"/>
          <w:sz w:val="24"/>
          <w:szCs w:val="24"/>
          <w:lang w:val="ru-RU"/>
        </w:rPr>
        <w:t>за</w:t>
      </w:r>
      <w:r w:rsidRPr="004C4E6E">
        <w:rPr>
          <w:rFonts w:ascii="Georgia" w:hAnsi="Georgia"/>
          <w:sz w:val="24"/>
          <w:szCs w:val="24"/>
        </w:rPr>
        <w:t xml:space="preserve"> </w:t>
      </w:r>
      <w:r w:rsidRPr="00A23FD3">
        <w:rPr>
          <w:rFonts w:ascii="Georgia" w:hAnsi="Georgia"/>
          <w:sz w:val="24"/>
          <w:szCs w:val="24"/>
          <w:lang w:val="ru-RU"/>
        </w:rPr>
        <w:t>шум</w:t>
      </w:r>
      <w:r w:rsidRPr="004C4E6E">
        <w:rPr>
          <w:rFonts w:ascii="Georgia" w:hAnsi="Georgia"/>
          <w:sz w:val="24"/>
          <w:szCs w:val="24"/>
        </w:rPr>
        <w:t xml:space="preserve">? </w:t>
      </w:r>
      <w:r w:rsidRPr="00713952">
        <w:rPr>
          <w:rFonts w:ascii="Georgia" w:hAnsi="Georgia"/>
          <w:sz w:val="24"/>
          <w:szCs w:val="24"/>
          <w:lang w:val="ru-RU"/>
        </w:rPr>
        <w:t>Никак мой батька вернулся»</w:t>
      </w:r>
      <w:r>
        <w:rPr>
          <w:rFonts w:ascii="Georgia" w:hAnsi="Georgia"/>
          <w:sz w:val="24"/>
          <w:szCs w:val="24"/>
          <w:lang w:val="ru-RU"/>
        </w:rPr>
        <w:t xml:space="preserve"> </w:t>
      </w:r>
      <w:r w:rsidRPr="00713952">
        <w:rPr>
          <w:rFonts w:ascii="Georgia" w:hAnsi="Georgia"/>
          <w:sz w:val="24"/>
          <w:szCs w:val="24"/>
          <w:lang w:val="ru-RU"/>
        </w:rPr>
        <w:t xml:space="preserve">- </w:t>
      </w:r>
      <w:r w:rsidRPr="00A23FD3">
        <w:rPr>
          <w:rFonts w:ascii="Georgia" w:hAnsi="Georgia"/>
          <w:sz w:val="24"/>
          <w:szCs w:val="24"/>
        </w:rPr>
        <w:t>soprano</w:t>
      </w:r>
      <w:r w:rsidRPr="00713952">
        <w:rPr>
          <w:rFonts w:ascii="Georgia" w:hAnsi="Georgia"/>
          <w:sz w:val="24"/>
          <w:szCs w:val="24"/>
          <w:lang w:val="ru-RU"/>
        </w:rPr>
        <w:t xml:space="preserve"> / </w:t>
      </w:r>
      <w:r w:rsidRPr="00A23FD3">
        <w:rPr>
          <w:rFonts w:ascii="Georgia" w:hAnsi="Georgia"/>
          <w:sz w:val="24"/>
          <w:szCs w:val="24"/>
        </w:rPr>
        <w:t>tenor</w:t>
      </w:r>
    </w:p>
    <w:p w14:paraId="27747364" w14:textId="77777777" w:rsidR="00BC0920" w:rsidRPr="00B70929" w:rsidRDefault="00000000">
      <w:pPr>
        <w:spacing w:before="80" w:after="20"/>
        <w:rPr>
          <w:rFonts w:ascii="Georgia" w:hAnsi="Georgia"/>
          <w:sz w:val="24"/>
          <w:szCs w:val="24"/>
        </w:rPr>
      </w:pPr>
      <w:r w:rsidRPr="00B70929">
        <w:rPr>
          <w:rFonts w:ascii="Georgia" w:hAnsi="Georgia"/>
          <w:b/>
          <w:sz w:val="24"/>
          <w:szCs w:val="24"/>
        </w:rPr>
        <w:t>Sergei Prokofiev</w:t>
      </w:r>
    </w:p>
    <w:p w14:paraId="397B7C0D" w14:textId="70A2F4D9" w:rsidR="00BC0920" w:rsidRPr="00B70929" w:rsidRDefault="00000000">
      <w:pPr>
        <w:keepLines/>
        <w:spacing w:after="40"/>
        <w:rPr>
          <w:rFonts w:ascii="Georgia" w:hAnsi="Georgia"/>
          <w:sz w:val="24"/>
          <w:szCs w:val="24"/>
        </w:rPr>
      </w:pPr>
      <w:r w:rsidRPr="00B70929">
        <w:rPr>
          <w:rFonts w:ascii="Georgia" w:hAnsi="Georgia"/>
          <w:sz w:val="24"/>
          <w:szCs w:val="24"/>
        </w:rPr>
        <w:t xml:space="preserve">• “Betrothal in a Monastery” - Don Jerome / Mendoza - </w:t>
      </w:r>
      <w:r w:rsidR="00DF7408" w:rsidRPr="00DF7408">
        <w:rPr>
          <w:rFonts w:ascii="Georgia" w:hAnsi="Georgia"/>
          <w:sz w:val="24"/>
          <w:szCs w:val="24"/>
        </w:rPr>
        <w:t>«</w:t>
      </w:r>
      <w:r w:rsidR="00DF7408" w:rsidRPr="00597757">
        <w:rPr>
          <w:rFonts w:ascii="Georgia" w:hAnsi="Georgia"/>
          <w:sz w:val="24"/>
          <w:szCs w:val="24"/>
          <w:lang w:val="ru-RU"/>
        </w:rPr>
        <w:t>Но</w:t>
      </w:r>
      <w:r w:rsidR="00DF7408" w:rsidRPr="00DF7408">
        <w:rPr>
          <w:rFonts w:ascii="Georgia" w:hAnsi="Georgia"/>
          <w:sz w:val="24"/>
          <w:szCs w:val="24"/>
        </w:rPr>
        <w:t xml:space="preserve"> </w:t>
      </w:r>
      <w:r w:rsidR="00DF7408" w:rsidRPr="00597757">
        <w:rPr>
          <w:rFonts w:ascii="Georgia" w:hAnsi="Georgia"/>
          <w:sz w:val="24"/>
          <w:szCs w:val="24"/>
          <w:lang w:val="ru-RU"/>
        </w:rPr>
        <w:t>это</w:t>
      </w:r>
      <w:r w:rsidR="00DF7408" w:rsidRPr="00DF7408">
        <w:rPr>
          <w:rFonts w:ascii="Georgia" w:hAnsi="Georgia"/>
          <w:sz w:val="24"/>
          <w:szCs w:val="24"/>
        </w:rPr>
        <w:t xml:space="preserve"> </w:t>
      </w:r>
      <w:proofErr w:type="gramStart"/>
      <w:r w:rsidR="00DF7408" w:rsidRPr="00597757">
        <w:rPr>
          <w:rFonts w:ascii="Georgia" w:hAnsi="Georgia"/>
          <w:sz w:val="24"/>
          <w:szCs w:val="24"/>
          <w:lang w:val="ru-RU"/>
        </w:rPr>
        <w:t>химерично</w:t>
      </w:r>
      <w:r w:rsidR="00DF7408" w:rsidRPr="00DF7408">
        <w:rPr>
          <w:rFonts w:ascii="Georgia" w:hAnsi="Georgia"/>
          <w:sz w:val="24"/>
          <w:szCs w:val="24"/>
        </w:rPr>
        <w:t>!»</w:t>
      </w:r>
      <w:proofErr w:type="gramEnd"/>
      <w:r w:rsidRPr="00B70929">
        <w:rPr>
          <w:rFonts w:ascii="Georgia" w:hAnsi="Georgia"/>
          <w:sz w:val="24"/>
          <w:szCs w:val="24"/>
        </w:rPr>
        <w:t xml:space="preserve"> - tenor/bass</w:t>
      </w:r>
    </w:p>
    <w:p w14:paraId="5152C574" w14:textId="2E2EE72A" w:rsidR="00BC0920" w:rsidRPr="00B70929" w:rsidRDefault="00000000">
      <w:pPr>
        <w:keepLines/>
        <w:spacing w:after="40"/>
        <w:rPr>
          <w:rFonts w:ascii="Georgia" w:hAnsi="Georgia"/>
          <w:sz w:val="24"/>
          <w:szCs w:val="24"/>
        </w:rPr>
      </w:pPr>
      <w:r w:rsidRPr="00B70929">
        <w:rPr>
          <w:rFonts w:ascii="Georgia" w:hAnsi="Georgia"/>
          <w:sz w:val="24"/>
          <w:szCs w:val="24"/>
        </w:rPr>
        <w:t xml:space="preserve">• “War and Peace” - Natasha / Sonya - </w:t>
      </w:r>
      <w:r w:rsidR="00DF7408" w:rsidRPr="003B765F">
        <w:rPr>
          <w:rFonts w:ascii="Georgia" w:hAnsi="Georgia"/>
          <w:sz w:val="24"/>
          <w:szCs w:val="24"/>
        </w:rPr>
        <w:t>«</w:t>
      </w:r>
      <w:r w:rsidR="00DF7408" w:rsidRPr="00597757">
        <w:rPr>
          <w:rFonts w:ascii="Georgia" w:hAnsi="Georgia"/>
          <w:sz w:val="24"/>
          <w:szCs w:val="24"/>
          <w:lang w:val="ru-RU"/>
        </w:rPr>
        <w:t>Ручей</w:t>
      </w:r>
      <w:r w:rsidR="00DF7408" w:rsidRPr="003B765F">
        <w:rPr>
          <w:rFonts w:ascii="Georgia" w:hAnsi="Georgia"/>
          <w:sz w:val="24"/>
          <w:szCs w:val="24"/>
        </w:rPr>
        <w:t xml:space="preserve">, </w:t>
      </w:r>
      <w:proofErr w:type="spellStart"/>
      <w:r w:rsidR="00DF7408" w:rsidRPr="00597757">
        <w:rPr>
          <w:rFonts w:ascii="Georgia" w:hAnsi="Georgia"/>
          <w:sz w:val="24"/>
          <w:szCs w:val="24"/>
          <w:lang w:val="ru-RU"/>
        </w:rPr>
        <w:t>виющийся</w:t>
      </w:r>
      <w:proofErr w:type="spellEnd"/>
      <w:r w:rsidR="00DF7408" w:rsidRPr="003B765F">
        <w:rPr>
          <w:rFonts w:ascii="Georgia" w:hAnsi="Georgia"/>
          <w:sz w:val="24"/>
          <w:szCs w:val="24"/>
        </w:rPr>
        <w:t xml:space="preserve">…» </w:t>
      </w:r>
      <w:r w:rsidRPr="00B70929">
        <w:rPr>
          <w:rFonts w:ascii="Georgia" w:hAnsi="Georgia"/>
          <w:sz w:val="24"/>
          <w:szCs w:val="24"/>
        </w:rPr>
        <w:t>- soprano / mezzo-soprano</w:t>
      </w:r>
    </w:p>
    <w:p w14:paraId="6B29FF2C" w14:textId="77777777" w:rsidR="00084806" w:rsidRPr="003B765F" w:rsidRDefault="00084806" w:rsidP="00B035DD">
      <w:pPr>
        <w:spacing w:after="60"/>
        <w:jc w:val="center"/>
        <w:rPr>
          <w:rFonts w:ascii="Georgia" w:hAnsi="Georgia"/>
          <w:b/>
          <w:bCs/>
          <w:sz w:val="36"/>
          <w:szCs w:val="36"/>
          <w:u w:val="single"/>
        </w:rPr>
      </w:pPr>
    </w:p>
    <w:p w14:paraId="13F12680" w14:textId="762F73D9" w:rsidR="00084806" w:rsidRPr="003B765F" w:rsidRDefault="00084806">
      <w:pPr>
        <w:spacing w:after="200" w:line="276" w:lineRule="auto"/>
        <w:rPr>
          <w:rFonts w:ascii="Georgia" w:hAnsi="Georgia"/>
          <w:b/>
          <w:bCs/>
          <w:sz w:val="36"/>
          <w:szCs w:val="36"/>
          <w:u w:val="single"/>
        </w:rPr>
      </w:pPr>
    </w:p>
    <w:p w14:paraId="5432554C" w14:textId="6A9FEA6C" w:rsidR="002B4517" w:rsidRPr="00084806" w:rsidRDefault="00B035DD" w:rsidP="00B035DD">
      <w:pPr>
        <w:spacing w:after="60"/>
        <w:jc w:val="center"/>
        <w:rPr>
          <w:rFonts w:ascii="Georgia" w:hAnsi="Georgia"/>
          <w:b/>
          <w:bCs/>
          <w:sz w:val="36"/>
          <w:szCs w:val="36"/>
          <w:u w:val="single"/>
        </w:rPr>
      </w:pPr>
      <w:r w:rsidRPr="00084806">
        <w:rPr>
          <w:rFonts w:ascii="Georgia" w:hAnsi="Georgia"/>
          <w:b/>
          <w:bCs/>
          <w:sz w:val="36"/>
          <w:szCs w:val="36"/>
          <w:u w:val="single"/>
        </w:rPr>
        <w:t>Opera duets (countertenors only)</w:t>
      </w:r>
    </w:p>
    <w:p w14:paraId="329377F3" w14:textId="77777777" w:rsidR="002B4517" w:rsidRPr="00B70929" w:rsidRDefault="002B4517" w:rsidP="002B4517">
      <w:pPr>
        <w:spacing w:before="80" w:after="20"/>
        <w:rPr>
          <w:rFonts w:ascii="Georgia" w:hAnsi="Georgia"/>
          <w:b/>
          <w:sz w:val="24"/>
          <w:szCs w:val="24"/>
        </w:rPr>
      </w:pPr>
    </w:p>
    <w:p w14:paraId="3A291FFF" w14:textId="71C52118" w:rsidR="002B4517" w:rsidRPr="00B70929" w:rsidRDefault="002B4517" w:rsidP="002B4517">
      <w:pPr>
        <w:spacing w:before="80" w:after="20"/>
        <w:rPr>
          <w:rFonts w:ascii="Georgia" w:hAnsi="Georgia"/>
          <w:sz w:val="24"/>
          <w:szCs w:val="24"/>
        </w:rPr>
      </w:pPr>
      <w:r w:rsidRPr="00B70929">
        <w:rPr>
          <w:rFonts w:ascii="Georgia" w:hAnsi="Georgia"/>
          <w:b/>
          <w:sz w:val="24"/>
          <w:szCs w:val="24"/>
        </w:rPr>
        <w:t>George Frideric Handel</w:t>
      </w:r>
    </w:p>
    <w:p w14:paraId="56BD3CC5" w14:textId="16B5A735" w:rsidR="002B4517" w:rsidRPr="00B70929" w:rsidRDefault="002B4517" w:rsidP="002B4517">
      <w:pPr>
        <w:keepLines/>
        <w:spacing w:after="40"/>
        <w:rPr>
          <w:rFonts w:ascii="Georgia" w:hAnsi="Georgia"/>
          <w:sz w:val="24"/>
          <w:szCs w:val="24"/>
        </w:rPr>
      </w:pPr>
      <w:r w:rsidRPr="00B70929">
        <w:rPr>
          <w:rFonts w:ascii="Georgia" w:hAnsi="Georgia"/>
          <w:sz w:val="24"/>
          <w:szCs w:val="24"/>
        </w:rPr>
        <w:t xml:space="preserve">• “Giulio Cesare” - Cornelia / Sesto - “Son nata a </w:t>
      </w:r>
      <w:proofErr w:type="spellStart"/>
      <w:r w:rsidRPr="00B70929">
        <w:rPr>
          <w:rFonts w:ascii="Georgia" w:hAnsi="Georgia"/>
          <w:sz w:val="24"/>
          <w:szCs w:val="24"/>
        </w:rPr>
        <w:t>lagrimar</w:t>
      </w:r>
      <w:proofErr w:type="spellEnd"/>
      <w:r w:rsidRPr="00B70929">
        <w:rPr>
          <w:rFonts w:ascii="Georgia" w:hAnsi="Georgia"/>
          <w:sz w:val="24"/>
          <w:szCs w:val="24"/>
        </w:rPr>
        <w:t>” - mezzo-soprano / countertenor</w:t>
      </w:r>
    </w:p>
    <w:p w14:paraId="34D1482E" w14:textId="51DFEDE1" w:rsidR="002B4517" w:rsidRPr="00B70929" w:rsidRDefault="002B4517" w:rsidP="002B4517">
      <w:pPr>
        <w:keepLines/>
        <w:spacing w:after="40"/>
        <w:rPr>
          <w:rFonts w:ascii="Georgia" w:hAnsi="Georgia"/>
          <w:sz w:val="24"/>
          <w:szCs w:val="24"/>
        </w:rPr>
      </w:pPr>
      <w:r w:rsidRPr="00B70929">
        <w:rPr>
          <w:rFonts w:ascii="Georgia" w:hAnsi="Georgia"/>
          <w:sz w:val="24"/>
          <w:szCs w:val="24"/>
        </w:rPr>
        <w:t xml:space="preserve">• “Giulio Cesare” - Caesar / Cleopatra - “Caro! Bella! </w:t>
      </w:r>
      <w:proofErr w:type="spellStart"/>
      <w:r w:rsidRPr="00B70929">
        <w:rPr>
          <w:rFonts w:ascii="Georgia" w:hAnsi="Georgia"/>
          <w:sz w:val="24"/>
          <w:szCs w:val="24"/>
        </w:rPr>
        <w:t>Più</w:t>
      </w:r>
      <w:proofErr w:type="spellEnd"/>
      <w:r w:rsidRPr="00B70929">
        <w:rPr>
          <w:rFonts w:ascii="Georgia" w:hAnsi="Georgia"/>
          <w:sz w:val="24"/>
          <w:szCs w:val="24"/>
        </w:rPr>
        <w:t xml:space="preserve"> amabile </w:t>
      </w:r>
      <w:proofErr w:type="spellStart"/>
      <w:r w:rsidRPr="00B70929">
        <w:rPr>
          <w:rFonts w:ascii="Georgia" w:hAnsi="Georgia"/>
          <w:sz w:val="24"/>
          <w:szCs w:val="24"/>
        </w:rPr>
        <w:t>beltà</w:t>
      </w:r>
      <w:proofErr w:type="spellEnd"/>
      <w:r w:rsidRPr="00B70929">
        <w:rPr>
          <w:rFonts w:ascii="Georgia" w:hAnsi="Georgia"/>
          <w:sz w:val="24"/>
          <w:szCs w:val="24"/>
        </w:rPr>
        <w:t>" - countertenor / soprano</w:t>
      </w:r>
    </w:p>
    <w:p w14:paraId="5BCAD4CA" w14:textId="55950B50" w:rsidR="002B4517" w:rsidRPr="00B70929" w:rsidRDefault="002B4517" w:rsidP="002B4517">
      <w:pPr>
        <w:keepLines/>
        <w:spacing w:after="40"/>
        <w:rPr>
          <w:rFonts w:ascii="Georgia" w:hAnsi="Georgia"/>
          <w:sz w:val="24"/>
          <w:szCs w:val="24"/>
        </w:rPr>
      </w:pPr>
      <w:r w:rsidRPr="00B70929">
        <w:rPr>
          <w:rFonts w:ascii="Georgia" w:hAnsi="Georgia"/>
          <w:sz w:val="24"/>
          <w:szCs w:val="24"/>
        </w:rPr>
        <w:t xml:space="preserve">• “Rinaldo” - </w:t>
      </w:r>
      <w:proofErr w:type="spellStart"/>
      <w:r w:rsidRPr="00B70929">
        <w:rPr>
          <w:rFonts w:ascii="Georgia" w:hAnsi="Georgia"/>
          <w:sz w:val="24"/>
          <w:szCs w:val="24"/>
        </w:rPr>
        <w:t>Almirena</w:t>
      </w:r>
      <w:proofErr w:type="spellEnd"/>
      <w:r w:rsidRPr="00B70929">
        <w:rPr>
          <w:rFonts w:ascii="Georgia" w:hAnsi="Georgia"/>
          <w:sz w:val="24"/>
          <w:szCs w:val="24"/>
        </w:rPr>
        <w:t xml:space="preserve"> / Rinaldo - “</w:t>
      </w:r>
      <w:proofErr w:type="spellStart"/>
      <w:r w:rsidRPr="00B70929">
        <w:rPr>
          <w:rFonts w:ascii="Georgia" w:hAnsi="Georgia"/>
          <w:sz w:val="24"/>
          <w:szCs w:val="24"/>
        </w:rPr>
        <w:t>Scherzano</w:t>
      </w:r>
      <w:proofErr w:type="spellEnd"/>
      <w:r w:rsidRPr="00B70929">
        <w:rPr>
          <w:rFonts w:ascii="Georgia" w:hAnsi="Georgia"/>
          <w:sz w:val="24"/>
          <w:szCs w:val="24"/>
        </w:rPr>
        <w:t xml:space="preserve"> </w:t>
      </w:r>
      <w:proofErr w:type="spellStart"/>
      <w:r w:rsidRPr="00B70929">
        <w:rPr>
          <w:rFonts w:ascii="Georgia" w:hAnsi="Georgia"/>
          <w:sz w:val="24"/>
          <w:szCs w:val="24"/>
        </w:rPr>
        <w:t>sul</w:t>
      </w:r>
      <w:proofErr w:type="spellEnd"/>
      <w:r w:rsidRPr="00B70929">
        <w:rPr>
          <w:rFonts w:ascii="Georgia" w:hAnsi="Georgia"/>
          <w:sz w:val="24"/>
          <w:szCs w:val="24"/>
        </w:rPr>
        <w:t xml:space="preserve"> </w:t>
      </w:r>
      <w:proofErr w:type="spellStart"/>
      <w:r w:rsidRPr="00B70929">
        <w:rPr>
          <w:rFonts w:ascii="Georgia" w:hAnsi="Georgia"/>
          <w:sz w:val="24"/>
          <w:szCs w:val="24"/>
        </w:rPr>
        <w:t>tuo</w:t>
      </w:r>
      <w:proofErr w:type="spellEnd"/>
      <w:r w:rsidRPr="00B70929">
        <w:rPr>
          <w:rFonts w:ascii="Georgia" w:hAnsi="Georgia"/>
          <w:sz w:val="24"/>
          <w:szCs w:val="24"/>
        </w:rPr>
        <w:t xml:space="preserve"> </w:t>
      </w:r>
      <w:proofErr w:type="spellStart"/>
      <w:r w:rsidRPr="00B70929">
        <w:rPr>
          <w:rFonts w:ascii="Georgia" w:hAnsi="Georgia"/>
          <w:sz w:val="24"/>
          <w:szCs w:val="24"/>
        </w:rPr>
        <w:t>volto</w:t>
      </w:r>
      <w:proofErr w:type="spellEnd"/>
      <w:r w:rsidRPr="00B70929">
        <w:rPr>
          <w:rFonts w:ascii="Georgia" w:hAnsi="Georgia"/>
          <w:sz w:val="24"/>
          <w:szCs w:val="24"/>
        </w:rPr>
        <w:t>” - soprano / countertenor</w:t>
      </w:r>
    </w:p>
    <w:p w14:paraId="0F523F8C" w14:textId="77777777" w:rsidR="002B4517" w:rsidRPr="00B70929" w:rsidRDefault="002B4517" w:rsidP="002B4517">
      <w:pPr>
        <w:spacing w:before="80" w:after="20"/>
        <w:rPr>
          <w:rFonts w:ascii="Georgia" w:hAnsi="Georgia"/>
          <w:sz w:val="24"/>
          <w:szCs w:val="24"/>
        </w:rPr>
      </w:pPr>
      <w:r w:rsidRPr="00B70929">
        <w:rPr>
          <w:rFonts w:ascii="Georgia" w:hAnsi="Georgia"/>
          <w:b/>
          <w:sz w:val="24"/>
          <w:szCs w:val="24"/>
        </w:rPr>
        <w:t>Christoph Willibald Gluck</w:t>
      </w:r>
    </w:p>
    <w:p w14:paraId="615CA27E" w14:textId="745AAC68" w:rsidR="002B4517" w:rsidRPr="00B70929" w:rsidRDefault="002B4517" w:rsidP="002B4517">
      <w:pPr>
        <w:keepLines/>
        <w:spacing w:after="40"/>
        <w:rPr>
          <w:rFonts w:ascii="Georgia" w:hAnsi="Georgia"/>
          <w:sz w:val="24"/>
          <w:szCs w:val="24"/>
        </w:rPr>
      </w:pPr>
      <w:r w:rsidRPr="00B70929">
        <w:rPr>
          <w:rFonts w:ascii="Georgia" w:hAnsi="Georgia"/>
          <w:sz w:val="24"/>
          <w:szCs w:val="24"/>
        </w:rPr>
        <w:t>• “Orfeo ed Euridice” - Orpheus / Eurydice - “</w:t>
      </w:r>
      <w:proofErr w:type="spellStart"/>
      <w:r w:rsidRPr="00B70929">
        <w:rPr>
          <w:rFonts w:ascii="Georgia" w:hAnsi="Georgia"/>
          <w:sz w:val="24"/>
          <w:szCs w:val="24"/>
        </w:rPr>
        <w:t>Vieni</w:t>
      </w:r>
      <w:proofErr w:type="spellEnd"/>
      <w:r w:rsidRPr="00B70929">
        <w:rPr>
          <w:rFonts w:ascii="Georgia" w:hAnsi="Georgia"/>
          <w:sz w:val="24"/>
          <w:szCs w:val="24"/>
        </w:rPr>
        <w:t xml:space="preserve">, </w:t>
      </w:r>
      <w:proofErr w:type="spellStart"/>
      <w:r w:rsidRPr="00B70929">
        <w:rPr>
          <w:rFonts w:ascii="Georgia" w:hAnsi="Georgia"/>
          <w:sz w:val="24"/>
          <w:szCs w:val="24"/>
        </w:rPr>
        <w:t>appaga</w:t>
      </w:r>
      <w:proofErr w:type="spellEnd"/>
      <w:r w:rsidRPr="00B70929">
        <w:rPr>
          <w:rFonts w:ascii="Georgia" w:hAnsi="Georgia"/>
          <w:sz w:val="24"/>
          <w:szCs w:val="24"/>
        </w:rPr>
        <w:t xml:space="preserve"> il </w:t>
      </w:r>
      <w:proofErr w:type="spellStart"/>
      <w:r w:rsidRPr="00B70929">
        <w:rPr>
          <w:rFonts w:ascii="Georgia" w:hAnsi="Georgia"/>
          <w:sz w:val="24"/>
          <w:szCs w:val="24"/>
        </w:rPr>
        <w:t>tuo</w:t>
      </w:r>
      <w:proofErr w:type="spellEnd"/>
      <w:r w:rsidRPr="00B70929">
        <w:rPr>
          <w:rFonts w:ascii="Georgia" w:hAnsi="Georgia"/>
          <w:sz w:val="24"/>
          <w:szCs w:val="24"/>
        </w:rPr>
        <w:t xml:space="preserve"> </w:t>
      </w:r>
      <w:proofErr w:type="spellStart"/>
      <w:r w:rsidRPr="00B70929">
        <w:rPr>
          <w:rFonts w:ascii="Georgia" w:hAnsi="Georgia"/>
          <w:sz w:val="24"/>
          <w:szCs w:val="24"/>
        </w:rPr>
        <w:t>consorte</w:t>
      </w:r>
      <w:proofErr w:type="spellEnd"/>
      <w:r w:rsidRPr="00B70929">
        <w:rPr>
          <w:rFonts w:ascii="Georgia" w:hAnsi="Georgia"/>
          <w:sz w:val="24"/>
          <w:szCs w:val="24"/>
        </w:rPr>
        <w:t>” - countertenor / soprano</w:t>
      </w:r>
    </w:p>
    <w:p w14:paraId="39D2A44D" w14:textId="77777777" w:rsidR="002B4517" w:rsidRPr="00B70929" w:rsidRDefault="002B4517" w:rsidP="002B4517">
      <w:pPr>
        <w:spacing w:before="80" w:after="20"/>
        <w:rPr>
          <w:rFonts w:ascii="Georgia" w:hAnsi="Georgia"/>
          <w:sz w:val="24"/>
          <w:szCs w:val="24"/>
        </w:rPr>
      </w:pPr>
      <w:r w:rsidRPr="00B70929">
        <w:rPr>
          <w:rFonts w:ascii="Georgia" w:hAnsi="Georgia"/>
          <w:b/>
          <w:sz w:val="24"/>
          <w:szCs w:val="24"/>
        </w:rPr>
        <w:t>Wolfgang Amadeus Mozart</w:t>
      </w:r>
    </w:p>
    <w:p w14:paraId="60F5E05C" w14:textId="4DDB6265" w:rsidR="002B4517" w:rsidRPr="00B70929" w:rsidRDefault="002B4517" w:rsidP="002B4517">
      <w:pPr>
        <w:keepLines/>
        <w:spacing w:after="40"/>
        <w:rPr>
          <w:rFonts w:ascii="Georgia" w:hAnsi="Georgia"/>
          <w:sz w:val="24"/>
          <w:szCs w:val="24"/>
        </w:rPr>
      </w:pPr>
      <w:r w:rsidRPr="00B70929">
        <w:rPr>
          <w:rFonts w:ascii="Georgia" w:hAnsi="Georgia"/>
          <w:sz w:val="24"/>
          <w:szCs w:val="24"/>
        </w:rPr>
        <w:t xml:space="preserve">• “La </w:t>
      </w:r>
      <w:proofErr w:type="spellStart"/>
      <w:r w:rsidRPr="00B70929">
        <w:rPr>
          <w:rFonts w:ascii="Georgia" w:hAnsi="Georgia"/>
          <w:sz w:val="24"/>
          <w:szCs w:val="24"/>
        </w:rPr>
        <w:t>clemenza</w:t>
      </w:r>
      <w:proofErr w:type="spellEnd"/>
      <w:r w:rsidRPr="00B70929">
        <w:rPr>
          <w:rFonts w:ascii="Georgia" w:hAnsi="Georgia"/>
          <w:sz w:val="24"/>
          <w:szCs w:val="24"/>
        </w:rPr>
        <w:t xml:space="preserve"> di Tito” - </w:t>
      </w:r>
      <w:proofErr w:type="spellStart"/>
      <w:r w:rsidRPr="00B70929">
        <w:rPr>
          <w:rFonts w:ascii="Georgia" w:hAnsi="Georgia"/>
          <w:sz w:val="24"/>
          <w:szCs w:val="24"/>
        </w:rPr>
        <w:t>Vitellia</w:t>
      </w:r>
      <w:proofErr w:type="spellEnd"/>
      <w:r w:rsidRPr="00B70929">
        <w:rPr>
          <w:rFonts w:ascii="Georgia" w:hAnsi="Georgia"/>
          <w:sz w:val="24"/>
          <w:szCs w:val="24"/>
        </w:rPr>
        <w:t xml:space="preserve"> / </w:t>
      </w:r>
      <w:proofErr w:type="spellStart"/>
      <w:r w:rsidRPr="00B70929">
        <w:rPr>
          <w:rFonts w:ascii="Georgia" w:hAnsi="Georgia"/>
          <w:sz w:val="24"/>
          <w:szCs w:val="24"/>
        </w:rPr>
        <w:t>Sextus</w:t>
      </w:r>
      <w:proofErr w:type="spellEnd"/>
      <w:r w:rsidRPr="00B70929">
        <w:rPr>
          <w:rFonts w:ascii="Georgia" w:hAnsi="Georgia"/>
          <w:sz w:val="24"/>
          <w:szCs w:val="24"/>
        </w:rPr>
        <w:t xml:space="preserve"> - “Come </w:t>
      </w:r>
      <w:proofErr w:type="spellStart"/>
      <w:r w:rsidRPr="00B70929">
        <w:rPr>
          <w:rFonts w:ascii="Georgia" w:hAnsi="Georgia"/>
          <w:sz w:val="24"/>
          <w:szCs w:val="24"/>
        </w:rPr>
        <w:t>ti</w:t>
      </w:r>
      <w:proofErr w:type="spellEnd"/>
      <w:r w:rsidRPr="00B70929">
        <w:rPr>
          <w:rFonts w:ascii="Georgia" w:hAnsi="Georgia"/>
          <w:sz w:val="24"/>
          <w:szCs w:val="24"/>
        </w:rPr>
        <w:t xml:space="preserve"> </w:t>
      </w:r>
      <w:proofErr w:type="spellStart"/>
      <w:r w:rsidRPr="00B70929">
        <w:rPr>
          <w:rFonts w:ascii="Georgia" w:hAnsi="Georgia"/>
          <w:sz w:val="24"/>
          <w:szCs w:val="24"/>
        </w:rPr>
        <w:t>piace</w:t>
      </w:r>
      <w:proofErr w:type="spellEnd"/>
      <w:r w:rsidRPr="00B70929">
        <w:rPr>
          <w:rFonts w:ascii="Georgia" w:hAnsi="Georgia"/>
          <w:sz w:val="24"/>
          <w:szCs w:val="24"/>
        </w:rPr>
        <w:t xml:space="preserve">, </w:t>
      </w:r>
      <w:proofErr w:type="spellStart"/>
      <w:r w:rsidRPr="00B70929">
        <w:rPr>
          <w:rFonts w:ascii="Georgia" w:hAnsi="Georgia"/>
          <w:sz w:val="24"/>
          <w:szCs w:val="24"/>
        </w:rPr>
        <w:t>imponi</w:t>
      </w:r>
      <w:proofErr w:type="spellEnd"/>
      <w:r w:rsidRPr="00B70929">
        <w:rPr>
          <w:rFonts w:ascii="Georgia" w:hAnsi="Georgia"/>
          <w:sz w:val="24"/>
          <w:szCs w:val="24"/>
        </w:rPr>
        <w:t>” - soprano / countertenor</w:t>
      </w:r>
    </w:p>
    <w:p w14:paraId="233F732D" w14:textId="77777777" w:rsidR="002B4517" w:rsidRPr="00B70929" w:rsidRDefault="002B4517">
      <w:pPr>
        <w:keepLines/>
        <w:spacing w:after="40"/>
        <w:rPr>
          <w:rFonts w:ascii="Georgia" w:hAnsi="Georgia"/>
        </w:rPr>
      </w:pPr>
    </w:p>
    <w:sectPr w:rsidR="002B4517" w:rsidRPr="00B70929" w:rsidSect="00B035DD">
      <w:pgSz w:w="12240" w:h="15840"/>
      <w:pgMar w:top="709" w:right="1077" w:bottom="851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85306614">
    <w:abstractNumId w:val="8"/>
  </w:num>
  <w:num w:numId="2" w16cid:durableId="1206870117">
    <w:abstractNumId w:val="6"/>
  </w:num>
  <w:num w:numId="3" w16cid:durableId="554052088">
    <w:abstractNumId w:val="5"/>
  </w:num>
  <w:num w:numId="4" w16cid:durableId="1007750974">
    <w:abstractNumId w:val="4"/>
  </w:num>
  <w:num w:numId="5" w16cid:durableId="139814270">
    <w:abstractNumId w:val="7"/>
  </w:num>
  <w:num w:numId="6" w16cid:durableId="915169911">
    <w:abstractNumId w:val="3"/>
  </w:num>
  <w:num w:numId="7" w16cid:durableId="807472106">
    <w:abstractNumId w:val="2"/>
  </w:num>
  <w:num w:numId="8" w16cid:durableId="1859469550">
    <w:abstractNumId w:val="1"/>
  </w:num>
  <w:num w:numId="9" w16cid:durableId="553351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36635"/>
    <w:rsid w:val="0006063C"/>
    <w:rsid w:val="00084806"/>
    <w:rsid w:val="000C2B50"/>
    <w:rsid w:val="001051C0"/>
    <w:rsid w:val="00112877"/>
    <w:rsid w:val="0015074B"/>
    <w:rsid w:val="00153FE7"/>
    <w:rsid w:val="00177062"/>
    <w:rsid w:val="00226C94"/>
    <w:rsid w:val="0029639D"/>
    <w:rsid w:val="002A2CD5"/>
    <w:rsid w:val="002B0173"/>
    <w:rsid w:val="002B4517"/>
    <w:rsid w:val="002C3B54"/>
    <w:rsid w:val="003073B7"/>
    <w:rsid w:val="003124F5"/>
    <w:rsid w:val="00312F90"/>
    <w:rsid w:val="00326F90"/>
    <w:rsid w:val="00340B86"/>
    <w:rsid w:val="003527CC"/>
    <w:rsid w:val="003641B3"/>
    <w:rsid w:val="00380CC3"/>
    <w:rsid w:val="003B765F"/>
    <w:rsid w:val="004B4F6D"/>
    <w:rsid w:val="004C466E"/>
    <w:rsid w:val="004C4E6E"/>
    <w:rsid w:val="004D309B"/>
    <w:rsid w:val="005467A9"/>
    <w:rsid w:val="0055751E"/>
    <w:rsid w:val="005860C4"/>
    <w:rsid w:val="00597757"/>
    <w:rsid w:val="006334B9"/>
    <w:rsid w:val="00713952"/>
    <w:rsid w:val="00745B14"/>
    <w:rsid w:val="007E751A"/>
    <w:rsid w:val="00812698"/>
    <w:rsid w:val="00827ED2"/>
    <w:rsid w:val="0083570C"/>
    <w:rsid w:val="008A4B3C"/>
    <w:rsid w:val="008B23CB"/>
    <w:rsid w:val="009669BD"/>
    <w:rsid w:val="00972441"/>
    <w:rsid w:val="00984010"/>
    <w:rsid w:val="009C6F8E"/>
    <w:rsid w:val="00A1337D"/>
    <w:rsid w:val="00A23FD3"/>
    <w:rsid w:val="00A46CE1"/>
    <w:rsid w:val="00AA0E61"/>
    <w:rsid w:val="00AA1D8D"/>
    <w:rsid w:val="00AB2F38"/>
    <w:rsid w:val="00AD3F0B"/>
    <w:rsid w:val="00B035DD"/>
    <w:rsid w:val="00B47730"/>
    <w:rsid w:val="00B70929"/>
    <w:rsid w:val="00BB3645"/>
    <w:rsid w:val="00BC0920"/>
    <w:rsid w:val="00C237EA"/>
    <w:rsid w:val="00C368E7"/>
    <w:rsid w:val="00C92420"/>
    <w:rsid w:val="00CB0664"/>
    <w:rsid w:val="00D30C03"/>
    <w:rsid w:val="00D5310C"/>
    <w:rsid w:val="00D56A30"/>
    <w:rsid w:val="00D63782"/>
    <w:rsid w:val="00D81BAD"/>
    <w:rsid w:val="00DF7408"/>
    <w:rsid w:val="00E22C8A"/>
    <w:rsid w:val="00E9795B"/>
    <w:rsid w:val="00EF211A"/>
    <w:rsid w:val="00F418D7"/>
    <w:rsid w:val="00FB450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F6D5BE"/>
  <w14:defaultImageDpi w14:val="300"/>
  <w15:docId w15:val="{54782317-9EDC-4E74-89F7-7B03B52EE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44" w:line="252" w:lineRule="auto"/>
    </w:pPr>
    <w:rPr>
      <w:rFonts w:ascii="Aptos" w:eastAsia="Aptos" w:hAnsi="Aptos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69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3</Pages>
  <Words>782</Words>
  <Characters>4460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5232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Марк Ваза</cp:lastModifiedBy>
  <cp:revision>33</cp:revision>
  <dcterms:created xsi:type="dcterms:W3CDTF">2013-12-23T23:15:00Z</dcterms:created>
  <dcterms:modified xsi:type="dcterms:W3CDTF">2026-10-13T12:55:00Z</dcterms:modified>
  <cp:category/>
</cp:coreProperties>
</file>